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71CF1" w14:textId="55B932F5" w:rsidR="00EB255A" w:rsidRDefault="62E5D067" w:rsidP="62E5D067">
      <w:pPr>
        <w:pStyle w:val="Title"/>
      </w:pPr>
      <w:r>
        <w:t>Student Support: Your Guide</w:t>
      </w:r>
    </w:p>
    <w:p w14:paraId="27FBAF07" w14:textId="77777777" w:rsidR="00EB255A" w:rsidRDefault="62E5D067" w:rsidP="62E5D067">
      <w:pPr>
        <w:pStyle w:val="Subtitle"/>
        <w:rPr>
          <w:sz w:val="22"/>
          <w:szCs w:val="22"/>
        </w:rPr>
      </w:pPr>
      <w:r w:rsidRPr="62E5D067">
        <w:rPr>
          <w:sz w:val="22"/>
          <w:szCs w:val="22"/>
        </w:rPr>
        <w:t>Useful information and guidance on the student support and wellbeing services available to University of Birmingham students.</w:t>
      </w:r>
    </w:p>
    <w:p w14:paraId="71367024" w14:textId="0A5274B1" w:rsidR="0B3CA18E" w:rsidRDefault="0B3CA18E" w:rsidP="62E5D067">
      <w:pPr>
        <w:pStyle w:val="Heading1"/>
      </w:pPr>
      <w:bookmarkStart w:id="0" w:name="_Toc1584100236"/>
      <w:r w:rsidRPr="62E5D067">
        <w:t>Contents</w:t>
      </w:r>
      <w:bookmarkEnd w:id="0"/>
    </w:p>
    <w:sdt>
      <w:sdtPr>
        <w:id w:val="1443152844"/>
        <w:docPartObj>
          <w:docPartGallery w:val="Table of Contents"/>
          <w:docPartUnique/>
        </w:docPartObj>
      </w:sdtPr>
      <w:sdtContent>
        <w:p w14:paraId="514F075B" w14:textId="7E8FB01D" w:rsidR="62E5D067" w:rsidRDefault="62E5D067" w:rsidP="62E5D067">
          <w:pPr>
            <w:pStyle w:val="TOC1"/>
            <w:tabs>
              <w:tab w:val="right" w:leader="dot" w:pos="8640"/>
            </w:tabs>
          </w:pPr>
          <w:r>
            <w:fldChar w:fldCharType="begin"/>
          </w:r>
          <w:r>
            <w:instrText>TOC \o "1-1" \z \u \h</w:instrText>
          </w:r>
          <w:r>
            <w:fldChar w:fldCharType="separate"/>
          </w:r>
          <w:hyperlink w:anchor="_Toc1584100236" w:history="1">
            <w:r w:rsidRPr="62E5D067">
              <w:rPr>
                <w:rStyle w:val="Hyperlink"/>
              </w:rPr>
              <w:t>Contents</w:t>
            </w:r>
            <w:r>
              <w:tab/>
            </w:r>
            <w:r>
              <w:fldChar w:fldCharType="begin"/>
            </w:r>
            <w:r>
              <w:instrText>PAGEREF _Toc1584100236 \h</w:instrText>
            </w:r>
            <w:r>
              <w:fldChar w:fldCharType="separate"/>
            </w:r>
            <w:r w:rsidRPr="62E5D067">
              <w:rPr>
                <w:rStyle w:val="Hyperlink"/>
              </w:rPr>
              <w:t>1</w:t>
            </w:r>
            <w:r>
              <w:fldChar w:fldCharType="end"/>
            </w:r>
          </w:hyperlink>
        </w:p>
        <w:p w14:paraId="03220135" w14:textId="44E34728" w:rsidR="62E5D067" w:rsidRDefault="62E5D067" w:rsidP="62E5D067">
          <w:pPr>
            <w:pStyle w:val="TOC1"/>
            <w:tabs>
              <w:tab w:val="right" w:leader="dot" w:pos="8640"/>
            </w:tabs>
          </w:pPr>
          <w:hyperlink w:anchor="_Toc726084669" w:history="1">
            <w:r w:rsidRPr="62E5D067">
              <w:rPr>
                <w:rStyle w:val="Hyperlink"/>
              </w:rPr>
              <w:t>Welcome to the University of Birmingham</w:t>
            </w:r>
            <w:r>
              <w:tab/>
            </w:r>
            <w:r>
              <w:fldChar w:fldCharType="begin"/>
            </w:r>
            <w:r>
              <w:instrText>PAGEREF _Toc726084669 \h</w:instrText>
            </w:r>
            <w:r>
              <w:fldChar w:fldCharType="separate"/>
            </w:r>
            <w:r w:rsidRPr="62E5D067">
              <w:rPr>
                <w:rStyle w:val="Hyperlink"/>
              </w:rPr>
              <w:t>1</w:t>
            </w:r>
            <w:r>
              <w:fldChar w:fldCharType="end"/>
            </w:r>
          </w:hyperlink>
        </w:p>
        <w:p w14:paraId="4EBE7DD8" w14:textId="390306D4" w:rsidR="62E5D067" w:rsidRDefault="62E5D067" w:rsidP="62E5D067">
          <w:pPr>
            <w:pStyle w:val="TOC1"/>
            <w:tabs>
              <w:tab w:val="right" w:leader="dot" w:pos="8640"/>
            </w:tabs>
          </w:pPr>
          <w:hyperlink w:anchor="_Toc1684887635" w:history="1">
            <w:r w:rsidRPr="62E5D067">
              <w:rPr>
                <w:rStyle w:val="Hyperlink"/>
              </w:rPr>
              <w:t>Supporting you with your studies</w:t>
            </w:r>
            <w:r>
              <w:tab/>
            </w:r>
            <w:r>
              <w:fldChar w:fldCharType="begin"/>
            </w:r>
            <w:r>
              <w:instrText>PAGEREF _Toc1684887635 \h</w:instrText>
            </w:r>
            <w:r>
              <w:fldChar w:fldCharType="separate"/>
            </w:r>
            <w:r w:rsidRPr="62E5D067">
              <w:rPr>
                <w:rStyle w:val="Hyperlink"/>
              </w:rPr>
              <w:t>1</w:t>
            </w:r>
            <w:r>
              <w:fldChar w:fldCharType="end"/>
            </w:r>
          </w:hyperlink>
        </w:p>
        <w:p w14:paraId="7CC8626A" w14:textId="1130F91C" w:rsidR="62E5D067" w:rsidRDefault="62E5D067" w:rsidP="62E5D067">
          <w:pPr>
            <w:pStyle w:val="TOC1"/>
            <w:tabs>
              <w:tab w:val="right" w:leader="dot" w:pos="8640"/>
            </w:tabs>
          </w:pPr>
          <w:hyperlink w:anchor="_Toc1290594135" w:history="1">
            <w:r w:rsidRPr="62E5D067">
              <w:rPr>
                <w:rStyle w:val="Hyperlink"/>
              </w:rPr>
              <w:t>Postgraduate support</w:t>
            </w:r>
            <w:r>
              <w:tab/>
            </w:r>
            <w:r>
              <w:fldChar w:fldCharType="begin"/>
            </w:r>
            <w:r>
              <w:instrText>PAGEREF _Toc1290594135 \h</w:instrText>
            </w:r>
            <w:r>
              <w:fldChar w:fldCharType="separate"/>
            </w:r>
            <w:r w:rsidRPr="62E5D067">
              <w:rPr>
                <w:rStyle w:val="Hyperlink"/>
              </w:rPr>
              <w:t>2</w:t>
            </w:r>
            <w:r>
              <w:fldChar w:fldCharType="end"/>
            </w:r>
          </w:hyperlink>
        </w:p>
        <w:p w14:paraId="59A1D661" w14:textId="209810A2" w:rsidR="62E5D067" w:rsidRDefault="62E5D067" w:rsidP="62E5D067">
          <w:pPr>
            <w:pStyle w:val="TOC1"/>
            <w:tabs>
              <w:tab w:val="right" w:leader="dot" w:pos="8640"/>
            </w:tabs>
          </w:pPr>
          <w:hyperlink w:anchor="_Toc410181183" w:history="1">
            <w:r w:rsidRPr="62E5D067">
              <w:rPr>
                <w:rStyle w:val="Hyperlink"/>
              </w:rPr>
              <w:t>Your health and wellbeing</w:t>
            </w:r>
            <w:r>
              <w:tab/>
            </w:r>
            <w:r>
              <w:fldChar w:fldCharType="begin"/>
            </w:r>
            <w:r>
              <w:instrText>PAGEREF _Toc410181183 \h</w:instrText>
            </w:r>
            <w:r>
              <w:fldChar w:fldCharType="separate"/>
            </w:r>
            <w:r w:rsidRPr="62E5D067">
              <w:rPr>
                <w:rStyle w:val="Hyperlink"/>
              </w:rPr>
              <w:t>3</w:t>
            </w:r>
            <w:r>
              <w:fldChar w:fldCharType="end"/>
            </w:r>
          </w:hyperlink>
        </w:p>
        <w:p w14:paraId="532720FF" w14:textId="7F9555D9" w:rsidR="62E5D067" w:rsidRDefault="62E5D067" w:rsidP="62E5D067">
          <w:pPr>
            <w:pStyle w:val="TOC1"/>
            <w:tabs>
              <w:tab w:val="right" w:leader="dot" w:pos="8640"/>
            </w:tabs>
          </w:pPr>
          <w:hyperlink w:anchor="_Toc2077593489" w:history="1">
            <w:r w:rsidRPr="62E5D067">
              <w:rPr>
                <w:rStyle w:val="Hyperlink"/>
              </w:rPr>
              <w:t>Your student community</w:t>
            </w:r>
            <w:r>
              <w:tab/>
            </w:r>
            <w:r>
              <w:fldChar w:fldCharType="begin"/>
            </w:r>
            <w:r>
              <w:instrText>PAGEREF _Toc2077593489 \h</w:instrText>
            </w:r>
            <w:r>
              <w:fldChar w:fldCharType="separate"/>
            </w:r>
            <w:r w:rsidRPr="62E5D067">
              <w:rPr>
                <w:rStyle w:val="Hyperlink"/>
              </w:rPr>
              <w:t>8</w:t>
            </w:r>
            <w:r>
              <w:fldChar w:fldCharType="end"/>
            </w:r>
          </w:hyperlink>
        </w:p>
        <w:p w14:paraId="3D927022" w14:textId="281A0245" w:rsidR="62E5D067" w:rsidRDefault="62E5D067" w:rsidP="62E5D067">
          <w:pPr>
            <w:pStyle w:val="TOC1"/>
            <w:tabs>
              <w:tab w:val="right" w:leader="dot" w:pos="8640"/>
            </w:tabs>
          </w:pPr>
          <w:hyperlink w:anchor="_Toc1714529896" w:history="1">
            <w:r w:rsidRPr="62E5D067">
              <w:rPr>
                <w:rStyle w:val="Hyperlink"/>
              </w:rPr>
              <w:t>Managing your money</w:t>
            </w:r>
            <w:r>
              <w:tab/>
            </w:r>
            <w:r>
              <w:fldChar w:fldCharType="begin"/>
            </w:r>
            <w:r>
              <w:instrText>PAGEREF _Toc1714529896 \h</w:instrText>
            </w:r>
            <w:r>
              <w:fldChar w:fldCharType="separate"/>
            </w:r>
            <w:r w:rsidRPr="62E5D067">
              <w:rPr>
                <w:rStyle w:val="Hyperlink"/>
              </w:rPr>
              <w:t>12</w:t>
            </w:r>
            <w:r>
              <w:fldChar w:fldCharType="end"/>
            </w:r>
          </w:hyperlink>
        </w:p>
        <w:p w14:paraId="14C48C98" w14:textId="4606DEC3" w:rsidR="62E5D067" w:rsidRDefault="62E5D067" w:rsidP="62E5D067">
          <w:pPr>
            <w:pStyle w:val="TOC1"/>
            <w:tabs>
              <w:tab w:val="right" w:leader="dot" w:pos="8640"/>
            </w:tabs>
          </w:pPr>
          <w:hyperlink w:anchor="_Toc1046942341" w:history="1">
            <w:r w:rsidRPr="62E5D067">
              <w:rPr>
                <w:rStyle w:val="Hyperlink"/>
              </w:rPr>
              <w:t>Keeping you up-to-date</w:t>
            </w:r>
            <w:r>
              <w:tab/>
            </w:r>
            <w:r>
              <w:fldChar w:fldCharType="begin"/>
            </w:r>
            <w:r>
              <w:instrText>PAGEREF _Toc1046942341 \h</w:instrText>
            </w:r>
            <w:r>
              <w:fldChar w:fldCharType="separate"/>
            </w:r>
            <w:r w:rsidRPr="62E5D067">
              <w:rPr>
                <w:rStyle w:val="Hyperlink"/>
              </w:rPr>
              <w:t>13</w:t>
            </w:r>
            <w:r>
              <w:fldChar w:fldCharType="end"/>
            </w:r>
          </w:hyperlink>
        </w:p>
        <w:p w14:paraId="0C57CB7D" w14:textId="0BEE9DA7" w:rsidR="62E5D067" w:rsidRDefault="62E5D067">
          <w:r>
            <w:fldChar w:fldCharType="end"/>
          </w:r>
        </w:p>
      </w:sdtContent>
    </w:sdt>
    <w:p w14:paraId="792E6231" w14:textId="1C65319A" w:rsidR="00EB255A" w:rsidRDefault="0FF7E462" w:rsidP="62E5D067">
      <w:pPr>
        <w:pStyle w:val="Heading1"/>
      </w:pPr>
      <w:bookmarkStart w:id="1" w:name="_Toc6877045"/>
      <w:bookmarkStart w:id="2" w:name="_Toc1180691869"/>
      <w:bookmarkStart w:id="3" w:name="_Toc726084669"/>
      <w:r w:rsidRPr="62E5D067">
        <w:t>Welcome to the University of Birmingham</w:t>
      </w:r>
      <w:bookmarkEnd w:id="1"/>
      <w:bookmarkEnd w:id="2"/>
      <w:bookmarkEnd w:id="3"/>
    </w:p>
    <w:p w14:paraId="70E4A528" w14:textId="380B6366" w:rsidR="5C3F25F3" w:rsidRDefault="5C3F25F3" w:rsidP="62E5D067">
      <w:pPr>
        <w:rPr>
          <w:sz w:val="22"/>
          <w:szCs w:val="22"/>
        </w:rPr>
      </w:pPr>
      <w:r w:rsidRPr="62E5D067">
        <w:t xml:space="preserve">Being a student is an exciting time, but it can also be overwhelming – and that’s okay. </w:t>
      </w:r>
    </w:p>
    <w:p w14:paraId="14AB2A7B" w14:textId="2DFE767D" w:rsidR="5C3F25F3" w:rsidRDefault="5C3F25F3" w:rsidP="62E5D067">
      <w:r w:rsidRPr="62E5D067">
        <w:t xml:space="preserve">From looking after yourself physically and mentally to needing some help with your studies, we’re with you every step of the way. </w:t>
      </w:r>
    </w:p>
    <w:p w14:paraId="2F498D01" w14:textId="519275B5" w:rsidR="5C3F25F3" w:rsidRDefault="5C3F25F3" w:rsidP="62E5D067">
      <w:r w:rsidRPr="62E5D067">
        <w:t xml:space="preserve">This guide contains some useful information and guidance to support your journey as a UoB student. </w:t>
      </w:r>
    </w:p>
    <w:p w14:paraId="5CF22F29" w14:textId="0C096716" w:rsidR="5C3F25F3" w:rsidRDefault="5C3F25F3" w:rsidP="62E5D067">
      <w:r w:rsidRPr="62E5D067">
        <w:t xml:space="preserve">You can also explore more services, as well as the latest news and updates on the student webpages and MyUoB app. </w:t>
      </w:r>
    </w:p>
    <w:p w14:paraId="283C0B06" w14:textId="16C4667D" w:rsidR="5C3F25F3" w:rsidRDefault="5C3F25F3" w:rsidP="62E5D067">
      <w:r w:rsidRPr="62E5D067">
        <w:t xml:space="preserve">For general enquiries and ways to contact us, check out our </w:t>
      </w:r>
      <w:hyperlink r:id="rId8">
        <w:r w:rsidRPr="62E5D067">
          <w:rPr>
            <w:rStyle w:val="Hyperlink"/>
          </w:rPr>
          <w:t>Student Help pages</w:t>
        </w:r>
      </w:hyperlink>
      <w:r w:rsidRPr="62E5D067">
        <w:t>.</w:t>
      </w:r>
    </w:p>
    <w:p w14:paraId="51701585" w14:textId="190F2C57" w:rsidR="5C3F25F3" w:rsidRDefault="5C3F25F3" w:rsidP="62E5D067">
      <w:r w:rsidRPr="62E5D067">
        <w:t>You can also pop into the Aston Webb Student Hub, located in the Aston Webb building, to speak to the Hub Services Team, International Student Team and Careers Network, or get a new ID card.</w:t>
      </w:r>
    </w:p>
    <w:p w14:paraId="1C5A1E6B" w14:textId="60E081E0" w:rsidR="5C3F25F3" w:rsidRDefault="5C3F25F3" w:rsidP="62E5D067">
      <w:r w:rsidRPr="62E5D067">
        <w:t xml:space="preserve">If you need any letters, statements, or documents, you can use the Gradintel platform, which you are registered with after enrolment. </w:t>
      </w:r>
    </w:p>
    <w:p w14:paraId="35DF9A90" w14:textId="0AF3B09A" w:rsidR="5C3F25F3" w:rsidRDefault="5C3F25F3" w:rsidP="62E5D067">
      <w:r w:rsidRPr="62E5D067">
        <w:lastRenderedPageBreak/>
        <w:t>The Student Hub opening hours are:</w:t>
      </w:r>
    </w:p>
    <w:p w14:paraId="1FC5AF18" w14:textId="5DEC3ABC" w:rsidR="5C3F25F3" w:rsidRDefault="5C3F25F3" w:rsidP="62E5D067">
      <w:pPr>
        <w:pStyle w:val="ListParagraph"/>
        <w:numPr>
          <w:ilvl w:val="0"/>
          <w:numId w:val="1"/>
        </w:numPr>
      </w:pPr>
      <w:r w:rsidRPr="62E5D067">
        <w:t>Monday to Tuesday: 09:00-17:00</w:t>
      </w:r>
    </w:p>
    <w:p w14:paraId="088475F1" w14:textId="19AC9268" w:rsidR="5C3F25F3" w:rsidRDefault="5C3F25F3" w:rsidP="62E5D067">
      <w:pPr>
        <w:pStyle w:val="ListParagraph"/>
        <w:numPr>
          <w:ilvl w:val="0"/>
          <w:numId w:val="1"/>
        </w:numPr>
      </w:pPr>
      <w:r w:rsidRPr="62E5D067">
        <w:t>Wednesday: 10:00-17:00</w:t>
      </w:r>
    </w:p>
    <w:p w14:paraId="165AD050" w14:textId="75F82A08" w:rsidR="5C3F25F3" w:rsidRDefault="5C3F25F3" w:rsidP="62E5D067">
      <w:pPr>
        <w:pStyle w:val="ListParagraph"/>
        <w:numPr>
          <w:ilvl w:val="0"/>
          <w:numId w:val="1"/>
        </w:numPr>
      </w:pPr>
      <w:r w:rsidRPr="62E5D067">
        <w:t>Thursday to Friday: 09:00-17:00</w:t>
      </w:r>
    </w:p>
    <w:p w14:paraId="6C8AE2C3" w14:textId="27444532" w:rsidR="62E5D067" w:rsidRDefault="62E5D067" w:rsidP="62E5D067"/>
    <w:p w14:paraId="3786D450" w14:textId="40B7CE0A" w:rsidR="28E12CA1" w:rsidRDefault="28E12CA1" w:rsidP="62E5D067">
      <w:pPr>
        <w:pStyle w:val="Heading1"/>
      </w:pPr>
      <w:bookmarkStart w:id="4" w:name="_Toc550990484"/>
      <w:bookmarkStart w:id="5" w:name="_Toc1684887635"/>
      <w:r w:rsidRPr="62E5D067">
        <w:t>Supporting you with your studies</w:t>
      </w:r>
      <w:bookmarkEnd w:id="4"/>
      <w:bookmarkEnd w:id="5"/>
    </w:p>
    <w:p w14:paraId="6327B024" w14:textId="0803A5C8" w:rsidR="33CDD63E" w:rsidRDefault="33CDD63E" w:rsidP="62E5D067">
      <w:pPr>
        <w:pStyle w:val="Heading2"/>
      </w:pPr>
      <w:bookmarkStart w:id="6" w:name="_Toc69734584"/>
      <w:r w:rsidRPr="62E5D067">
        <w:t>Personal Academic Tutors (PATs) and Supervisors</w:t>
      </w:r>
      <w:bookmarkEnd w:id="6"/>
    </w:p>
    <w:p w14:paraId="1C8F2ED6" w14:textId="2CD28A44" w:rsidR="33CDD63E" w:rsidRDefault="33CDD63E" w:rsidP="62E5D067">
      <w:r w:rsidRPr="62E5D067">
        <w:t>At the start of university, you’ll be assigned a Personal Tutor or Supervisor. These are academic members of staff who are assigned to you to support with your academic progress, the development of your transferable skills, and help you with any academic issues. You should have regular contact with your Personal Tutor/</w:t>
      </w:r>
      <w:r w:rsidR="63481C7C" w:rsidRPr="62E5D067">
        <w:t xml:space="preserve"> </w:t>
      </w:r>
      <w:r w:rsidRPr="62E5D067">
        <w:t xml:space="preserve">Supervisor, and you’re encouraged to </w:t>
      </w:r>
      <w:r w:rsidR="7A0EB92D" w:rsidRPr="62E5D067">
        <w:t>see them whenever you need support. For more information, contact your School/Department office.</w:t>
      </w:r>
    </w:p>
    <w:p w14:paraId="533EB913" w14:textId="48FB1F08" w:rsidR="31896688" w:rsidRDefault="31896688" w:rsidP="62E5D067">
      <w:pPr>
        <w:pStyle w:val="Heading2"/>
      </w:pPr>
      <w:bookmarkStart w:id="7" w:name="_Toc252329965"/>
      <w:r w:rsidRPr="62E5D067">
        <w:t>Academic Skills Centre</w:t>
      </w:r>
      <w:bookmarkEnd w:id="7"/>
    </w:p>
    <w:p w14:paraId="2E9EA6EF" w14:textId="359E6407" w:rsidR="31896688" w:rsidRDefault="31896688" w:rsidP="62E5D067">
      <w:r w:rsidRPr="62E5D067">
        <w:t xml:space="preserve">If you’re an undergraduate or postgraduate taught student, </w:t>
      </w:r>
      <w:r w:rsidR="745B782A" w:rsidRPr="62E5D067">
        <w:t>the Academic Skills Centre can help you to develop your academic, digital and mathematical skills. Based in Libraries and Learning Resources, the centre offers a range of support via workshops, drop-ins, and one-to-one appointments.</w:t>
      </w:r>
    </w:p>
    <w:p w14:paraId="7AA59934" w14:textId="1EC14996" w:rsidR="704B1465" w:rsidRDefault="704B1465" w:rsidP="62E5D067">
      <w:hyperlink w:history="1">
        <w:r w:rsidRPr="62E5D067">
          <w:rPr>
            <w:rStyle w:val="Hyperlink"/>
          </w:rPr>
          <w:t>Visit the Academic Skills Centre</w:t>
        </w:r>
      </w:hyperlink>
      <w:r w:rsidRPr="62E5D067">
        <w:t>.</w:t>
      </w:r>
    </w:p>
    <w:p w14:paraId="0C01894D" w14:textId="2FD56BFD" w:rsidR="745B782A" w:rsidRDefault="745B782A" w:rsidP="62E5D067">
      <w:pPr>
        <w:pStyle w:val="Heading2"/>
      </w:pPr>
      <w:bookmarkStart w:id="8" w:name="_Toc191308767"/>
      <w:r w:rsidRPr="62E5D067">
        <w:t>Student Reps</w:t>
      </w:r>
      <w:bookmarkEnd w:id="8"/>
      <w:r w:rsidRPr="62E5D067">
        <w:t xml:space="preserve"> </w:t>
      </w:r>
    </w:p>
    <w:p w14:paraId="41E7DD37" w14:textId="7F876BA0" w:rsidR="745B782A" w:rsidRDefault="745B782A" w:rsidP="62E5D067">
      <w:r w:rsidRPr="62E5D067">
        <w:rPr>
          <w:sz w:val="22"/>
          <w:szCs w:val="22"/>
        </w:rPr>
        <w:t>Student Reps and Postgraduate Research (PGR) Reps are current students and researchers at Birmingham, who work to collect and act on your feedback. They represent your academic interests to the University, and work both with the Guild of Students (your students’ union) and the University to improve your academic experience. You can contact your Rep with feedback about your course or your university experience. There are over 1,000 Reps available to support you.</w:t>
      </w:r>
    </w:p>
    <w:p w14:paraId="471C4AC0" w14:textId="657ADE5F" w:rsidR="114826F7" w:rsidRDefault="114826F7" w:rsidP="62E5D067">
      <w:pPr>
        <w:rPr>
          <w:sz w:val="22"/>
          <w:szCs w:val="22"/>
        </w:rPr>
      </w:pPr>
      <w:hyperlink r:id="rId9">
        <w:r w:rsidRPr="62E5D067">
          <w:rPr>
            <w:rStyle w:val="Hyperlink"/>
          </w:rPr>
          <w:t>Find your Student Rep</w:t>
        </w:r>
      </w:hyperlink>
      <w:r w:rsidRPr="62E5D067">
        <w:t>.</w:t>
      </w:r>
    </w:p>
    <w:p w14:paraId="1D7C3823" w14:textId="6548DF0A" w:rsidR="745B782A" w:rsidRDefault="745B782A" w:rsidP="62E5D067">
      <w:pPr>
        <w:pStyle w:val="Heading1"/>
      </w:pPr>
      <w:bookmarkStart w:id="9" w:name="_Toc2072840328"/>
      <w:bookmarkStart w:id="10" w:name="_Toc1290594135"/>
      <w:r w:rsidRPr="62E5D067">
        <w:t>Postgraduate support</w:t>
      </w:r>
      <w:bookmarkEnd w:id="9"/>
      <w:bookmarkEnd w:id="10"/>
      <w:r w:rsidRPr="62E5D067">
        <w:t xml:space="preserve"> </w:t>
      </w:r>
    </w:p>
    <w:p w14:paraId="557D8A93" w14:textId="53E88B36" w:rsidR="745B782A" w:rsidRDefault="745B782A" w:rsidP="62E5D067">
      <w:r w:rsidRPr="62E5D067">
        <w:rPr>
          <w:sz w:val="22"/>
          <w:szCs w:val="22"/>
        </w:rPr>
        <w:t>Alongside services open to all students, the University Doctoral School provides specific advice and guidance for postgraduate researchers (PGRs) to support you, develop your skills, and prepare you for success in a competitive global market. Throughout the year, there are lots of development activities, networking opportunities, advice events, talks and conferences.</w:t>
      </w:r>
    </w:p>
    <w:p w14:paraId="2EF6E898" w14:textId="60C8407D" w:rsidR="745B782A" w:rsidRDefault="745B782A" w:rsidP="62E5D067">
      <w:pPr>
        <w:pStyle w:val="Heading2"/>
      </w:pPr>
      <w:bookmarkStart w:id="11" w:name="_Toc428172117"/>
      <w:r w:rsidRPr="62E5D067">
        <w:lastRenderedPageBreak/>
        <w:t>Westmere: Postgraduate Researcher Hub</w:t>
      </w:r>
      <w:bookmarkEnd w:id="11"/>
      <w:r w:rsidRPr="62E5D067">
        <w:t xml:space="preserve"> </w:t>
      </w:r>
    </w:p>
    <w:p w14:paraId="4B1F1A1C" w14:textId="72AB0869" w:rsidR="745B782A" w:rsidRDefault="745B782A" w:rsidP="62E5D067">
      <w:r w:rsidRPr="62E5D067">
        <w:rPr>
          <w:sz w:val="22"/>
          <w:szCs w:val="22"/>
        </w:rPr>
        <w:t xml:space="preserve">Westmere House is the Postgraduate Researcher Hub. It provides PGRs with a space for study, workshops, conferences, training, social events and networking. Westmere House can be found on Edgbaston Park Road, a short distance from Winterbourne House and Garden. </w:t>
      </w:r>
    </w:p>
    <w:p w14:paraId="7D0C38E3" w14:textId="3B53C339" w:rsidR="745B782A" w:rsidRDefault="745B782A" w:rsidP="62E5D067">
      <w:pPr>
        <w:pStyle w:val="Heading2"/>
      </w:pPr>
      <w:bookmarkStart w:id="12" w:name="_Toc1710643054"/>
      <w:r w:rsidRPr="62E5D067">
        <w:t>Mental health and wellbeing coaching for PGRs</w:t>
      </w:r>
      <w:bookmarkEnd w:id="12"/>
      <w:r w:rsidRPr="62E5D067">
        <w:t xml:space="preserve"> </w:t>
      </w:r>
    </w:p>
    <w:p w14:paraId="08AD62EB" w14:textId="74B558EC" w:rsidR="745B782A" w:rsidRDefault="745B782A" w:rsidP="62E5D067">
      <w:r w:rsidRPr="62E5D067">
        <w:rPr>
          <w:sz w:val="22"/>
          <w:szCs w:val="22"/>
        </w:rPr>
        <w:t xml:space="preserve">The Mental Health and Wellbeing Service’s Postgraduate Coaching programme offers six tailored sessions to help PGRs reflect on academic challenges and develop approaches to balance research demands with personal life. PGRs can register for coaching to gain practical tools to grow their confidence and build resilience. </w:t>
      </w:r>
    </w:p>
    <w:p w14:paraId="570C33AF" w14:textId="67C5A2E2" w:rsidR="62142571" w:rsidRDefault="62142571" w:rsidP="62E5D067">
      <w:pPr>
        <w:rPr>
          <w:sz w:val="22"/>
          <w:szCs w:val="22"/>
        </w:rPr>
      </w:pPr>
      <w:hyperlink r:id="rId10">
        <w:r w:rsidRPr="62E5D067">
          <w:rPr>
            <w:rStyle w:val="Hyperlink"/>
          </w:rPr>
          <w:t>Learn about PGR wellbeing coaching</w:t>
        </w:r>
      </w:hyperlink>
      <w:r w:rsidRPr="62E5D067">
        <w:rPr>
          <w:sz w:val="22"/>
          <w:szCs w:val="22"/>
        </w:rPr>
        <w:t>.</w:t>
      </w:r>
    </w:p>
    <w:p w14:paraId="028A6136" w14:textId="68DC34EE" w:rsidR="4CE487EB" w:rsidRDefault="4CE487EB" w:rsidP="62E5D067">
      <w:pPr>
        <w:rPr>
          <w:rStyle w:val="Heading2Char"/>
        </w:rPr>
      </w:pPr>
      <w:bookmarkStart w:id="13" w:name="_Toc585247707"/>
      <w:r w:rsidRPr="62E5D067">
        <w:rPr>
          <w:rStyle w:val="Heading2Char"/>
        </w:rPr>
        <w:t>PGR online group coaching</w:t>
      </w:r>
      <w:bookmarkEnd w:id="13"/>
    </w:p>
    <w:p w14:paraId="32E5B299" w14:textId="2B119C4B" w:rsidR="4CE487EB" w:rsidRDefault="4CE487EB" w:rsidP="62E5D067">
      <w:r w:rsidRPr="62E5D067">
        <w:rPr>
          <w:sz w:val="22"/>
          <w:szCs w:val="22"/>
        </w:rPr>
        <w:t xml:space="preserve">Postgraduate researchers can join online group coaching sessions with Dr Vikki Wright. These sessions provide a supportive space to explore challenges such as imposter syndrome or low motivation and offer practical strategies to overcome them. PGRs are encouraged to sign up to strengthen their confidence and research experience. </w:t>
      </w:r>
    </w:p>
    <w:p w14:paraId="1B31B259" w14:textId="5C4E9056" w:rsidR="718CE553" w:rsidRDefault="718CE553" w:rsidP="62E5D067">
      <w:pPr>
        <w:rPr>
          <w:sz w:val="22"/>
          <w:szCs w:val="22"/>
        </w:rPr>
      </w:pPr>
      <w:hyperlink r:id="rId11">
        <w:r w:rsidRPr="62E5D067">
          <w:rPr>
            <w:rStyle w:val="Hyperlink"/>
          </w:rPr>
          <w:t>Join PGR online group coaching</w:t>
        </w:r>
      </w:hyperlink>
      <w:r w:rsidRPr="62E5D067">
        <w:rPr>
          <w:sz w:val="22"/>
          <w:szCs w:val="22"/>
        </w:rPr>
        <w:t>.</w:t>
      </w:r>
    </w:p>
    <w:p w14:paraId="306BCBEA" w14:textId="405D76F1" w:rsidR="4CE487EB" w:rsidRDefault="4CE487EB" w:rsidP="62E5D067">
      <w:pPr>
        <w:pStyle w:val="Heading2"/>
      </w:pPr>
      <w:bookmarkStart w:id="14" w:name="_Toc1782871090"/>
      <w:r w:rsidRPr="62E5D067">
        <w:t>PGR communications</w:t>
      </w:r>
      <w:bookmarkEnd w:id="14"/>
      <w:r w:rsidRPr="62E5D067">
        <w:t xml:space="preserve"> </w:t>
      </w:r>
    </w:p>
    <w:p w14:paraId="460ECAA9" w14:textId="768F9E06" w:rsidR="4CE487EB" w:rsidRDefault="4CE487EB" w:rsidP="62E5D067">
      <w:r w:rsidRPr="62E5D067">
        <w:rPr>
          <w:sz w:val="22"/>
          <w:szCs w:val="22"/>
        </w:rPr>
        <w:t xml:space="preserve">The University Doctoral School stays in touch with postgraduate researchers through a range of channels, including termly newsletters, regular email updates, news stories, LinkedIn posts, and SharePoint. These platforms are used to share important information, notices, and opportunities for training and professional development. Links to these channels can be found on the University Doctoral School </w:t>
      </w:r>
      <w:r w:rsidR="3BDAD976" w:rsidRPr="62E5D067">
        <w:rPr>
          <w:sz w:val="22"/>
          <w:szCs w:val="22"/>
        </w:rPr>
        <w:t>webpage</w:t>
      </w:r>
      <w:r w:rsidRPr="62E5D067">
        <w:rPr>
          <w:sz w:val="22"/>
          <w:szCs w:val="22"/>
        </w:rPr>
        <w:t xml:space="preserve">. </w:t>
      </w:r>
    </w:p>
    <w:p w14:paraId="5E5DC6A3" w14:textId="0A20A2A6" w:rsidR="2AB8CFE2" w:rsidRDefault="2AB8CFE2" w:rsidP="62E5D067">
      <w:hyperlink r:id="rId12">
        <w:r w:rsidRPr="62E5D067">
          <w:rPr>
            <w:rStyle w:val="Hyperlink"/>
          </w:rPr>
          <w:t>Visit the University Doctoral School website</w:t>
        </w:r>
      </w:hyperlink>
      <w:r w:rsidRPr="62E5D067">
        <w:rPr>
          <w:sz w:val="22"/>
          <w:szCs w:val="22"/>
        </w:rPr>
        <w:t>.</w:t>
      </w:r>
    </w:p>
    <w:p w14:paraId="61DECC1A" w14:textId="4EA89845" w:rsidR="4CE487EB" w:rsidRDefault="4CE487EB" w:rsidP="62E5D067">
      <w:pPr>
        <w:pStyle w:val="Heading1"/>
      </w:pPr>
      <w:bookmarkStart w:id="15" w:name="_Toc1052213842"/>
      <w:bookmarkStart w:id="16" w:name="_Toc410181183"/>
      <w:r w:rsidRPr="62E5D067">
        <w:t>Your health and wellbeing</w:t>
      </w:r>
      <w:bookmarkEnd w:id="15"/>
      <w:bookmarkEnd w:id="16"/>
      <w:r w:rsidRPr="62E5D067">
        <w:t xml:space="preserve"> </w:t>
      </w:r>
    </w:p>
    <w:p w14:paraId="00E4FBD3" w14:textId="636AD1DF" w:rsidR="4CE487EB" w:rsidRDefault="4CE487EB" w:rsidP="62E5D067">
      <w:r w:rsidRPr="62E5D067">
        <w:rPr>
          <w:sz w:val="22"/>
          <w:szCs w:val="22"/>
        </w:rPr>
        <w:t>University life is exciting, but it also comes with its fair share of challenges. Whatever you’re going through, big or small, we have a range of free services to help you during your time at UoB.</w:t>
      </w:r>
    </w:p>
    <w:p w14:paraId="565AD5E2" w14:textId="4BB1F6BC" w:rsidR="4CE487EB" w:rsidRDefault="4CE487EB" w:rsidP="62E5D067">
      <w:bookmarkStart w:id="17" w:name="_Toc894892933"/>
      <w:r w:rsidRPr="62E5D067">
        <w:rPr>
          <w:rStyle w:val="Heading2Char"/>
        </w:rPr>
        <w:t>Wellbeing Officers</w:t>
      </w:r>
      <w:bookmarkEnd w:id="17"/>
      <w:r w:rsidRPr="62E5D067">
        <w:rPr>
          <w:sz w:val="22"/>
          <w:szCs w:val="22"/>
        </w:rPr>
        <w:t xml:space="preserve"> </w:t>
      </w:r>
    </w:p>
    <w:p w14:paraId="260C3E40" w14:textId="7524390D" w:rsidR="4CE487EB" w:rsidRDefault="4CE487EB" w:rsidP="62E5D067">
      <w:r w:rsidRPr="62E5D067">
        <w:rPr>
          <w:sz w:val="22"/>
          <w:szCs w:val="22"/>
        </w:rPr>
        <w:t xml:space="preserve">Each School has </w:t>
      </w:r>
      <w:proofErr w:type="gramStart"/>
      <w:r w:rsidRPr="62E5D067">
        <w:rPr>
          <w:sz w:val="22"/>
          <w:szCs w:val="22"/>
        </w:rPr>
        <w:t>their</w:t>
      </w:r>
      <w:proofErr w:type="gramEnd"/>
      <w:r w:rsidRPr="62E5D067">
        <w:rPr>
          <w:sz w:val="22"/>
          <w:szCs w:val="22"/>
        </w:rPr>
        <w:t xml:space="preserve"> own team of Wellbeing Officers, who can provide you with practical and emotional support if you’re experiencing personal challenges whilst at university. We would always encourage you to contact your Wellbeing Officer (either in person or online) at the earliest opportunity if your circumstances are </w:t>
      </w:r>
      <w:proofErr w:type="gramStart"/>
      <w:r w:rsidRPr="62E5D067">
        <w:rPr>
          <w:sz w:val="22"/>
          <w:szCs w:val="22"/>
        </w:rPr>
        <w:t>impacting</w:t>
      </w:r>
      <w:proofErr w:type="gramEnd"/>
      <w:r w:rsidRPr="62E5D067">
        <w:rPr>
          <w:sz w:val="22"/>
          <w:szCs w:val="22"/>
        </w:rPr>
        <w:t xml:space="preserve"> your studies. Your Wellbeing Officer can also help signpost you to other support if required, </w:t>
      </w:r>
      <w:r w:rsidRPr="62E5D067">
        <w:rPr>
          <w:sz w:val="22"/>
          <w:szCs w:val="22"/>
        </w:rPr>
        <w:lastRenderedPageBreak/>
        <w:t>both at the University and in the wider community, as well as guide you through relevant academic processes to support your studies, such as Extenuating Circumstances.</w:t>
      </w:r>
    </w:p>
    <w:p w14:paraId="79234CC3" w14:textId="6F2AFCB8" w:rsidR="4CE487EB" w:rsidRDefault="4CE487EB" w:rsidP="62E5D067">
      <w:pPr>
        <w:rPr>
          <w:sz w:val="22"/>
          <w:szCs w:val="22"/>
        </w:rPr>
      </w:pPr>
      <w:hyperlink r:id="rId13">
        <w:r w:rsidRPr="62E5D067">
          <w:rPr>
            <w:rStyle w:val="Hyperlink"/>
          </w:rPr>
          <w:t xml:space="preserve">Find </w:t>
        </w:r>
        <w:r w:rsidR="2210D369" w:rsidRPr="62E5D067">
          <w:rPr>
            <w:rStyle w:val="Hyperlink"/>
          </w:rPr>
          <w:t>your Wellbeing Officer</w:t>
        </w:r>
      </w:hyperlink>
      <w:r w:rsidR="2210D369" w:rsidRPr="62E5D067">
        <w:rPr>
          <w:sz w:val="22"/>
          <w:szCs w:val="22"/>
        </w:rPr>
        <w:t>.</w:t>
      </w:r>
    </w:p>
    <w:p w14:paraId="6A9B29DB" w14:textId="18811E55" w:rsidR="4CE487EB" w:rsidRDefault="4CE487EB" w:rsidP="62E5D067">
      <w:pPr>
        <w:pStyle w:val="Heading2"/>
      </w:pPr>
      <w:bookmarkStart w:id="18" w:name="_Toc1115634737"/>
      <w:r w:rsidRPr="62E5D067">
        <w:t>UBHeard</w:t>
      </w:r>
      <w:bookmarkEnd w:id="18"/>
    </w:p>
    <w:p w14:paraId="7A9129F7" w14:textId="50D9CE6F" w:rsidR="4CE487EB" w:rsidRDefault="4CE487EB" w:rsidP="62E5D067">
      <w:r w:rsidRPr="62E5D067">
        <w:rPr>
          <w:sz w:val="22"/>
          <w:szCs w:val="22"/>
        </w:rPr>
        <w:t xml:space="preserve">UBHeard is a 24-hour, 7 </w:t>
      </w:r>
      <w:proofErr w:type="gramStart"/>
      <w:r w:rsidRPr="62E5D067">
        <w:rPr>
          <w:sz w:val="22"/>
          <w:szCs w:val="22"/>
        </w:rPr>
        <w:t>days</w:t>
      </w:r>
      <w:proofErr w:type="gramEnd"/>
      <w:r w:rsidRPr="62E5D067">
        <w:rPr>
          <w:sz w:val="22"/>
          <w:szCs w:val="22"/>
        </w:rPr>
        <w:t xml:space="preserve"> a week student support service that gives you immediate emotional and mental health support, helping you through any of </w:t>
      </w:r>
      <w:proofErr w:type="gramStart"/>
      <w:r w:rsidRPr="62E5D067">
        <w:rPr>
          <w:sz w:val="22"/>
          <w:szCs w:val="22"/>
        </w:rPr>
        <w:t>life’s</w:t>
      </w:r>
      <w:proofErr w:type="gramEnd"/>
      <w:r w:rsidRPr="62E5D067">
        <w:rPr>
          <w:sz w:val="22"/>
          <w:szCs w:val="22"/>
        </w:rPr>
        <w:t xml:space="preserve"> issues. Available to all students (UG and PG) for 24/7 ‘in the </w:t>
      </w:r>
      <w:proofErr w:type="gramStart"/>
      <w:r w:rsidRPr="62E5D067">
        <w:rPr>
          <w:sz w:val="22"/>
          <w:szCs w:val="22"/>
        </w:rPr>
        <w:t>moment’</w:t>
      </w:r>
      <w:proofErr w:type="gramEnd"/>
      <w:r w:rsidRPr="62E5D067">
        <w:rPr>
          <w:sz w:val="22"/>
          <w:szCs w:val="22"/>
        </w:rPr>
        <w:t xml:space="preserve"> support. </w:t>
      </w:r>
    </w:p>
    <w:p w14:paraId="0885DB24" w14:textId="32521042" w:rsidR="4CE487EB" w:rsidRDefault="4CE487EB" w:rsidP="62E5D067">
      <w:hyperlink r:id="rId14">
        <w:r w:rsidRPr="62E5D067">
          <w:rPr>
            <w:rStyle w:val="Hyperlink"/>
          </w:rPr>
          <w:t>Call</w:t>
        </w:r>
        <w:r w:rsidR="33141FC6" w:rsidRPr="62E5D067">
          <w:rPr>
            <w:rStyle w:val="Hyperlink"/>
          </w:rPr>
          <w:t xml:space="preserve"> </w:t>
        </w:r>
        <w:proofErr w:type="spellStart"/>
        <w:r w:rsidR="33141FC6" w:rsidRPr="62E5D067">
          <w:rPr>
            <w:rStyle w:val="Hyperlink"/>
          </w:rPr>
          <w:t>UBHeard</w:t>
        </w:r>
        <w:proofErr w:type="spellEnd"/>
        <w:r w:rsidR="33141FC6" w:rsidRPr="62E5D067">
          <w:rPr>
            <w:rStyle w:val="Hyperlink"/>
          </w:rPr>
          <w:t xml:space="preserve"> Freephone UK</w:t>
        </w:r>
        <w:r w:rsidRPr="62E5D067">
          <w:rPr>
            <w:rStyle w:val="Hyperlink"/>
          </w:rPr>
          <w:t>: 0800 917 9379</w:t>
        </w:r>
      </w:hyperlink>
      <w:r w:rsidR="71E2C120" w:rsidRPr="62E5D067">
        <w:rPr>
          <w:sz w:val="22"/>
          <w:szCs w:val="22"/>
        </w:rPr>
        <w:t>.</w:t>
      </w:r>
    </w:p>
    <w:p w14:paraId="332022B0" w14:textId="48CF4867" w:rsidR="4CE487EB" w:rsidRDefault="4CE487EB" w:rsidP="62E5D067">
      <w:r w:rsidRPr="62E5D067">
        <w:rPr>
          <w:sz w:val="22"/>
          <w:szCs w:val="22"/>
        </w:rPr>
        <w:t>Students can also contact a dedicated wellbeing counsellor using live messaging and video calls via the Wisdom Wellbeing app. This is ideal for UoB students not in the UK. Scan the QR code to access and download the UBHeard Wisdom app. You’ll need to enter our unique UoB code: MHA323213 (only required on initial sign-up).</w:t>
      </w:r>
    </w:p>
    <w:p w14:paraId="5B52955D" w14:textId="209B632D" w:rsidR="4CE487EB" w:rsidRDefault="4CE487EB" w:rsidP="62E5D067">
      <w:pPr>
        <w:rPr>
          <w:sz w:val="22"/>
          <w:szCs w:val="22"/>
        </w:rPr>
      </w:pPr>
      <w:hyperlink r:id="rId15">
        <w:r w:rsidRPr="62E5D067">
          <w:rPr>
            <w:rStyle w:val="Hyperlink"/>
          </w:rPr>
          <w:t>Download the UBHeard Wisdom app</w:t>
        </w:r>
      </w:hyperlink>
      <w:r w:rsidR="4D27B60B" w:rsidRPr="62E5D067">
        <w:rPr>
          <w:sz w:val="22"/>
          <w:szCs w:val="22"/>
        </w:rPr>
        <w:t>.</w:t>
      </w:r>
    </w:p>
    <w:p w14:paraId="03590962" w14:textId="522853D0" w:rsidR="4CE487EB" w:rsidRDefault="4CE487EB" w:rsidP="62E5D067">
      <w:pPr>
        <w:pStyle w:val="Heading2"/>
      </w:pPr>
      <w:bookmarkStart w:id="19" w:name="_Toc407052676"/>
      <w:r w:rsidRPr="62E5D067">
        <w:t>TalkingSpace@UoB</w:t>
      </w:r>
      <w:bookmarkEnd w:id="19"/>
      <w:r w:rsidRPr="62E5D067">
        <w:t xml:space="preserve"> </w:t>
      </w:r>
    </w:p>
    <w:p w14:paraId="1E31C692" w14:textId="6D44C174" w:rsidR="4CE487EB" w:rsidRDefault="4CE487EB" w:rsidP="62E5D067">
      <w:r w:rsidRPr="62E5D067">
        <w:rPr>
          <w:sz w:val="22"/>
          <w:szCs w:val="22"/>
        </w:rPr>
        <w:t xml:space="preserve">TalkingSpace@UoB is a face-to-face emotional support drop-in service delivered in partnership with Birmingham Mind. It offers a calm, confidential, and non-judgemental space where you can talk about anything that may be worrying you. Available to all registered students of all ages, you’ll be able to chat </w:t>
      </w:r>
      <w:r w:rsidR="1D76EA09" w:rsidRPr="62E5D067">
        <w:rPr>
          <w:sz w:val="22"/>
          <w:szCs w:val="22"/>
        </w:rPr>
        <w:t>with</w:t>
      </w:r>
      <w:r w:rsidRPr="62E5D067">
        <w:rPr>
          <w:sz w:val="22"/>
          <w:szCs w:val="22"/>
        </w:rPr>
        <w:t xml:space="preserve"> a team of trained and experienced Intervention Workers. Whether you need urgent mental health support or are struggling with low mood and other worries, the team </w:t>
      </w:r>
      <w:r w:rsidR="09AE755A" w:rsidRPr="62E5D067">
        <w:rPr>
          <w:sz w:val="22"/>
          <w:szCs w:val="22"/>
        </w:rPr>
        <w:t xml:space="preserve">is </w:t>
      </w:r>
      <w:r w:rsidRPr="62E5D067">
        <w:rPr>
          <w:sz w:val="22"/>
          <w:szCs w:val="22"/>
        </w:rPr>
        <w:t xml:space="preserve">available in the Wellbeing Lodge, North Gate. No </w:t>
      </w:r>
      <w:proofErr w:type="gramStart"/>
      <w:r w:rsidRPr="62E5D067">
        <w:rPr>
          <w:sz w:val="22"/>
          <w:szCs w:val="22"/>
        </w:rPr>
        <w:t>appointment is</w:t>
      </w:r>
      <w:proofErr w:type="gramEnd"/>
      <w:r w:rsidRPr="62E5D067">
        <w:rPr>
          <w:sz w:val="22"/>
          <w:szCs w:val="22"/>
        </w:rPr>
        <w:t xml:space="preserve"> needed, just check our opening hours online and drop by. If you prefer, you can also book an appointment directly via our webpages at a time that suits you.</w:t>
      </w:r>
    </w:p>
    <w:p w14:paraId="0ECB47BA" w14:textId="4AA646C4" w:rsidR="3F79E478" w:rsidRDefault="3F79E478" w:rsidP="62E5D067">
      <w:pPr>
        <w:rPr>
          <w:sz w:val="22"/>
          <w:szCs w:val="22"/>
        </w:rPr>
      </w:pPr>
      <w:hyperlink r:id="rId16">
        <w:r w:rsidRPr="62E5D067">
          <w:rPr>
            <w:rStyle w:val="Hyperlink"/>
          </w:rPr>
          <w:t>Learn more about Talking Space</w:t>
        </w:r>
      </w:hyperlink>
      <w:r w:rsidRPr="62E5D067">
        <w:rPr>
          <w:sz w:val="22"/>
          <w:szCs w:val="22"/>
        </w:rPr>
        <w:t>.</w:t>
      </w:r>
    </w:p>
    <w:p w14:paraId="69886B19" w14:textId="4E63241E" w:rsidR="4CE487EB" w:rsidRDefault="4CE487EB" w:rsidP="62E5D067">
      <w:pPr>
        <w:pStyle w:val="Heading2"/>
      </w:pPr>
      <w:bookmarkStart w:id="20" w:name="_Toc171384026"/>
      <w:r w:rsidRPr="62E5D067">
        <w:t>Mental Health and Wellbeing Service</w:t>
      </w:r>
      <w:bookmarkEnd w:id="20"/>
      <w:r w:rsidRPr="62E5D067">
        <w:t xml:space="preserve"> </w:t>
      </w:r>
    </w:p>
    <w:p w14:paraId="7C90C314" w14:textId="36E83FFF" w:rsidR="4CE487EB" w:rsidRDefault="4CE487EB" w:rsidP="62E5D067">
      <w:r w:rsidRPr="62E5D067">
        <w:rPr>
          <w:sz w:val="22"/>
          <w:szCs w:val="22"/>
        </w:rPr>
        <w:t xml:space="preserve">The service provides a range of short-term therapeutic options (up to five sessions) to support </w:t>
      </w:r>
      <w:r w:rsidR="0243ACA4" w:rsidRPr="62E5D067">
        <w:rPr>
          <w:sz w:val="22"/>
          <w:szCs w:val="22"/>
        </w:rPr>
        <w:t xml:space="preserve">you </w:t>
      </w:r>
      <w:r w:rsidRPr="62E5D067">
        <w:rPr>
          <w:sz w:val="22"/>
          <w:szCs w:val="22"/>
        </w:rPr>
        <w:t xml:space="preserve">with </w:t>
      </w:r>
      <w:r w:rsidR="7C4E3DD4" w:rsidRPr="62E5D067">
        <w:rPr>
          <w:sz w:val="22"/>
          <w:szCs w:val="22"/>
        </w:rPr>
        <w:t xml:space="preserve">your </w:t>
      </w:r>
      <w:r w:rsidRPr="62E5D067">
        <w:rPr>
          <w:sz w:val="22"/>
          <w:szCs w:val="22"/>
        </w:rPr>
        <w:t xml:space="preserve">mental health and emotional wellbeing. After registering, you will be triaged to the most appropriate service, including one-to-one appointments (online and face-to-face) delivered by a team of trained professionals, as well as referral and signposting to specialist services. </w:t>
      </w:r>
    </w:p>
    <w:p w14:paraId="50234C4A" w14:textId="62CF66B0" w:rsidR="6C1331B9" w:rsidRDefault="6C1331B9" w:rsidP="62E5D067">
      <w:hyperlink r:id="rId17" w:history="1">
        <w:r w:rsidRPr="62E5D067">
          <w:rPr>
            <w:rStyle w:val="Hyperlink"/>
          </w:rPr>
          <w:t>Learn more</w:t>
        </w:r>
        <w:r w:rsidR="54B1B7AE" w:rsidRPr="62E5D067">
          <w:rPr>
            <w:rStyle w:val="Hyperlink"/>
          </w:rPr>
          <w:t xml:space="preserve"> about the Mental Health and Wellbeing service</w:t>
        </w:r>
      </w:hyperlink>
      <w:r w:rsidR="54B1B7AE" w:rsidRPr="62E5D067">
        <w:rPr>
          <w:sz w:val="22"/>
          <w:szCs w:val="22"/>
        </w:rPr>
        <w:t>.</w:t>
      </w:r>
    </w:p>
    <w:p w14:paraId="584A5BC4" w14:textId="3FDC03A3" w:rsidR="4CE487EB" w:rsidRDefault="4CE487EB" w:rsidP="62E5D067">
      <w:pPr>
        <w:pStyle w:val="Heading2"/>
      </w:pPr>
      <w:bookmarkStart w:id="21" w:name="_Toc1241780305"/>
      <w:r w:rsidRPr="62E5D067">
        <w:t>Registering with a GP (doctor)</w:t>
      </w:r>
      <w:bookmarkEnd w:id="21"/>
      <w:r w:rsidRPr="62E5D067">
        <w:t xml:space="preserve"> </w:t>
      </w:r>
    </w:p>
    <w:p w14:paraId="550EE67C" w14:textId="7DB05602" w:rsidR="4CE487EB" w:rsidRDefault="4CE487EB" w:rsidP="62E5D067">
      <w:r w:rsidRPr="62E5D067">
        <w:rPr>
          <w:sz w:val="22"/>
          <w:szCs w:val="22"/>
        </w:rPr>
        <w:t xml:space="preserve">A GP (General Practitioner) can provide support for your mental and physical health, and they are usually the first health service you should contact when you are experiencing a problem. We strongly recommend you register with a local doctor as soon as you know your term-time address. It’s important not to wait until you feel ill or </w:t>
      </w:r>
      <w:r w:rsidRPr="62E5D067">
        <w:rPr>
          <w:sz w:val="22"/>
          <w:szCs w:val="22"/>
        </w:rPr>
        <w:lastRenderedPageBreak/>
        <w:t xml:space="preserve">need a repeat prescription before doing this. There are a few GP surgeries </w:t>
      </w:r>
      <w:r w:rsidR="3353860D" w:rsidRPr="62E5D067">
        <w:rPr>
          <w:sz w:val="22"/>
          <w:szCs w:val="22"/>
        </w:rPr>
        <w:t>near</w:t>
      </w:r>
      <w:r w:rsidRPr="62E5D067">
        <w:rPr>
          <w:sz w:val="22"/>
          <w:szCs w:val="22"/>
        </w:rPr>
        <w:t xml:space="preserve"> campus.</w:t>
      </w:r>
    </w:p>
    <w:p w14:paraId="4FF7D13B" w14:textId="35D0F2AD" w:rsidR="5D3FE480" w:rsidRDefault="5D3FE480" w:rsidP="62E5D067">
      <w:hyperlink r:id="rId18">
        <w:r w:rsidRPr="62E5D067">
          <w:rPr>
            <w:rStyle w:val="Hyperlink"/>
          </w:rPr>
          <w:t>F</w:t>
        </w:r>
        <w:r w:rsidR="4CE487EB" w:rsidRPr="62E5D067">
          <w:rPr>
            <w:rStyle w:val="Hyperlink"/>
          </w:rPr>
          <w:t xml:space="preserve">ind </w:t>
        </w:r>
        <w:r w:rsidR="683CFE58" w:rsidRPr="62E5D067">
          <w:rPr>
            <w:rStyle w:val="Hyperlink"/>
          </w:rPr>
          <w:t xml:space="preserve">a GP </w:t>
        </w:r>
        <w:r w:rsidR="4CE487EB" w:rsidRPr="62E5D067">
          <w:rPr>
            <w:rStyle w:val="Hyperlink"/>
          </w:rPr>
          <w:t>near you</w:t>
        </w:r>
      </w:hyperlink>
      <w:r w:rsidR="4CE487EB" w:rsidRPr="62E5D067">
        <w:rPr>
          <w:sz w:val="22"/>
          <w:szCs w:val="22"/>
        </w:rPr>
        <w:t xml:space="preserve">. </w:t>
      </w:r>
    </w:p>
    <w:p w14:paraId="5DCF8A5D" w14:textId="577AED23" w:rsidR="4CE487EB" w:rsidRDefault="4CE487EB" w:rsidP="62E5D067">
      <w:pPr>
        <w:pStyle w:val="Heading2"/>
      </w:pPr>
      <w:bookmarkStart w:id="22" w:name="_Toc600534112"/>
      <w:r w:rsidRPr="62E5D067">
        <w:t>Vaccinations</w:t>
      </w:r>
      <w:bookmarkEnd w:id="22"/>
      <w:r w:rsidRPr="62E5D067">
        <w:t xml:space="preserve"> </w:t>
      </w:r>
    </w:p>
    <w:p w14:paraId="69063B9D" w14:textId="5906D188" w:rsidR="4CE487EB" w:rsidRDefault="4CE487EB" w:rsidP="62E5D067">
      <w:r w:rsidRPr="62E5D067">
        <w:rPr>
          <w:sz w:val="22"/>
          <w:szCs w:val="22"/>
        </w:rPr>
        <w:t xml:space="preserve">We encourage all students to be fully vaccinated before leaving for university or as soon as you can after starting the new term through your GP (doctor), to protect yourself and others. These are some of the vaccinations we advise you to have: </w:t>
      </w:r>
    </w:p>
    <w:p w14:paraId="4000AD44" w14:textId="260D1693" w:rsidR="4CE487EB" w:rsidRDefault="4CE487EB" w:rsidP="62E5D067">
      <w:pPr>
        <w:pStyle w:val="ListParagraph"/>
        <w:numPr>
          <w:ilvl w:val="0"/>
          <w:numId w:val="11"/>
        </w:numPr>
        <w:rPr>
          <w:sz w:val="22"/>
          <w:szCs w:val="22"/>
        </w:rPr>
      </w:pPr>
      <w:r w:rsidRPr="62E5D067">
        <w:rPr>
          <w:sz w:val="22"/>
          <w:szCs w:val="22"/>
        </w:rPr>
        <w:t xml:space="preserve">MMR vaccine </w:t>
      </w:r>
    </w:p>
    <w:p w14:paraId="3636AF74" w14:textId="515B3C07" w:rsidR="4CE487EB" w:rsidRDefault="4CE487EB" w:rsidP="62E5D067">
      <w:pPr>
        <w:pStyle w:val="ListParagraph"/>
        <w:numPr>
          <w:ilvl w:val="0"/>
          <w:numId w:val="11"/>
        </w:numPr>
        <w:rPr>
          <w:sz w:val="22"/>
          <w:szCs w:val="22"/>
        </w:rPr>
      </w:pPr>
      <w:r w:rsidRPr="62E5D067">
        <w:rPr>
          <w:sz w:val="22"/>
          <w:szCs w:val="22"/>
        </w:rPr>
        <w:t xml:space="preserve">MenACWY vaccine </w:t>
      </w:r>
    </w:p>
    <w:p w14:paraId="3233E042" w14:textId="763B7EDD" w:rsidR="4CE487EB" w:rsidRDefault="4CE487EB" w:rsidP="62E5D067">
      <w:pPr>
        <w:pStyle w:val="ListParagraph"/>
        <w:numPr>
          <w:ilvl w:val="0"/>
          <w:numId w:val="11"/>
        </w:numPr>
        <w:rPr>
          <w:sz w:val="22"/>
          <w:szCs w:val="22"/>
        </w:rPr>
      </w:pPr>
      <w:r w:rsidRPr="62E5D067">
        <w:rPr>
          <w:sz w:val="22"/>
          <w:szCs w:val="22"/>
        </w:rPr>
        <w:t xml:space="preserve">HPV vaccine </w:t>
      </w:r>
    </w:p>
    <w:p w14:paraId="05B4044B" w14:textId="6F843B15" w:rsidR="4CE487EB" w:rsidRDefault="4CE487EB" w:rsidP="62E5D067">
      <w:pPr>
        <w:pStyle w:val="Heading2"/>
      </w:pPr>
      <w:bookmarkStart w:id="23" w:name="_Toc1879257590"/>
      <w:r w:rsidRPr="62E5D067">
        <w:t>Urgent support</w:t>
      </w:r>
      <w:bookmarkEnd w:id="23"/>
      <w:r w:rsidRPr="62E5D067">
        <w:t xml:space="preserve"> </w:t>
      </w:r>
    </w:p>
    <w:p w14:paraId="6B7EFE1D" w14:textId="39D76BEA" w:rsidR="4CE487EB" w:rsidRDefault="4CE487EB" w:rsidP="62E5D067">
      <w:r w:rsidRPr="62E5D067">
        <w:rPr>
          <w:sz w:val="22"/>
          <w:szCs w:val="22"/>
        </w:rPr>
        <w:t xml:space="preserve">If you or someone you know requires urgent medical or mental health support, please contact one of the services below: </w:t>
      </w:r>
    </w:p>
    <w:p w14:paraId="57E2DE48" w14:textId="59583B1A" w:rsidR="4CE487EB" w:rsidRDefault="4CE487EB" w:rsidP="62E5D067">
      <w:pPr>
        <w:pStyle w:val="ListParagraph"/>
        <w:numPr>
          <w:ilvl w:val="0"/>
          <w:numId w:val="10"/>
        </w:numPr>
        <w:rPr>
          <w:sz w:val="22"/>
          <w:szCs w:val="22"/>
          <w:highlight w:val="yellow"/>
        </w:rPr>
      </w:pPr>
      <w:hyperlink r:id="rId19">
        <w:r w:rsidRPr="62E5D067">
          <w:rPr>
            <w:rStyle w:val="Hyperlink"/>
          </w:rPr>
          <w:t>Call the NHS</w:t>
        </w:r>
        <w:r w:rsidRPr="62E5D067">
          <w:rPr>
            <w:rStyle w:val="Hyperlink"/>
          </w:rPr>
          <w:t xml:space="preserve"> </w:t>
        </w:r>
        <w:r w:rsidRPr="62E5D067">
          <w:rPr>
            <w:rStyle w:val="Hyperlink"/>
          </w:rPr>
          <w:t>111</w:t>
        </w:r>
      </w:hyperlink>
      <w:r w:rsidRPr="62E5D067">
        <w:rPr>
          <w:sz w:val="22"/>
          <w:szCs w:val="22"/>
        </w:rPr>
        <w:t xml:space="preserve"> if you or someone you know requires urgent care, but the situation is not life-threatening. </w:t>
      </w:r>
    </w:p>
    <w:p w14:paraId="5EA95390" w14:textId="15CDFB18" w:rsidR="4CE487EB" w:rsidRDefault="4CE487EB" w:rsidP="62E5D067">
      <w:pPr>
        <w:pStyle w:val="ListParagraph"/>
        <w:numPr>
          <w:ilvl w:val="0"/>
          <w:numId w:val="10"/>
        </w:numPr>
        <w:rPr>
          <w:sz w:val="22"/>
          <w:szCs w:val="22"/>
          <w:highlight w:val="yellow"/>
        </w:rPr>
      </w:pPr>
      <w:r w:rsidRPr="62E5D067">
        <w:rPr>
          <w:sz w:val="22"/>
          <w:szCs w:val="22"/>
        </w:rPr>
        <w:t xml:space="preserve">Visit A&amp;E or </w:t>
      </w:r>
      <w:hyperlink r:id="rId20">
        <w:r w:rsidRPr="62E5D067">
          <w:rPr>
            <w:rStyle w:val="Hyperlink"/>
          </w:rPr>
          <w:t>call 999</w:t>
        </w:r>
      </w:hyperlink>
      <w:r w:rsidRPr="62E5D067">
        <w:rPr>
          <w:sz w:val="22"/>
          <w:szCs w:val="22"/>
        </w:rPr>
        <w:t xml:space="preserve"> if you or someone you know is experiencing a </w:t>
      </w:r>
      <w:proofErr w:type="gramStart"/>
      <w:r w:rsidRPr="62E5D067">
        <w:rPr>
          <w:sz w:val="22"/>
          <w:szCs w:val="22"/>
        </w:rPr>
        <w:t>life threatening</w:t>
      </w:r>
      <w:proofErr w:type="gramEnd"/>
      <w:r w:rsidRPr="62E5D067">
        <w:rPr>
          <w:sz w:val="22"/>
          <w:szCs w:val="22"/>
        </w:rPr>
        <w:t xml:space="preserve"> emergency. </w:t>
      </w:r>
    </w:p>
    <w:p w14:paraId="19EFE190" w14:textId="55942F04" w:rsidR="4CE487EB" w:rsidRDefault="4CE487EB" w:rsidP="62E5D067">
      <w:pPr>
        <w:pStyle w:val="ListParagraph"/>
        <w:numPr>
          <w:ilvl w:val="0"/>
          <w:numId w:val="10"/>
        </w:numPr>
        <w:rPr>
          <w:sz w:val="22"/>
          <w:szCs w:val="22"/>
        </w:rPr>
      </w:pPr>
      <w:r w:rsidRPr="62E5D067">
        <w:rPr>
          <w:sz w:val="22"/>
          <w:szCs w:val="22"/>
        </w:rPr>
        <w:t xml:space="preserve">Whatever you may be going through, you can </w:t>
      </w:r>
      <w:hyperlink r:id="rId21">
        <w:r w:rsidRPr="62E5D067">
          <w:rPr>
            <w:rStyle w:val="Hyperlink"/>
          </w:rPr>
          <w:t>call Samaritans at 116 123</w:t>
        </w:r>
      </w:hyperlink>
      <w:r w:rsidRPr="62E5D067">
        <w:rPr>
          <w:sz w:val="22"/>
          <w:szCs w:val="22"/>
        </w:rPr>
        <w:t xml:space="preserve"> to speak to someone confidentially 24 hours a day. </w:t>
      </w:r>
    </w:p>
    <w:p w14:paraId="440839D6" w14:textId="698A69F3" w:rsidR="4CE487EB" w:rsidRDefault="4CE487EB" w:rsidP="62E5D067">
      <w:pPr>
        <w:pStyle w:val="ListParagraph"/>
        <w:numPr>
          <w:ilvl w:val="0"/>
          <w:numId w:val="10"/>
        </w:numPr>
        <w:rPr>
          <w:sz w:val="22"/>
          <w:szCs w:val="22"/>
        </w:rPr>
      </w:pPr>
      <w:r w:rsidRPr="62E5D067">
        <w:rPr>
          <w:sz w:val="22"/>
          <w:szCs w:val="22"/>
        </w:rPr>
        <w:t xml:space="preserve">If you’re under 35 years old and you’re worried about how you’re feeling, you can </w:t>
      </w:r>
      <w:hyperlink r:id="rId22">
        <w:r w:rsidRPr="62E5D067">
          <w:rPr>
            <w:rStyle w:val="Hyperlink"/>
          </w:rPr>
          <w:t xml:space="preserve">call Papyrus Helpline </w:t>
        </w:r>
        <w:proofErr w:type="gramStart"/>
        <w:r w:rsidRPr="62E5D067">
          <w:rPr>
            <w:rStyle w:val="Hyperlink"/>
          </w:rPr>
          <w:t>at</w:t>
        </w:r>
        <w:proofErr w:type="gramEnd"/>
        <w:r w:rsidRPr="62E5D067">
          <w:rPr>
            <w:rStyle w:val="Hyperlink"/>
          </w:rPr>
          <w:t xml:space="preserve"> 0800 068 4141</w:t>
        </w:r>
      </w:hyperlink>
      <w:r w:rsidRPr="62E5D067">
        <w:rPr>
          <w:sz w:val="22"/>
          <w:szCs w:val="22"/>
        </w:rPr>
        <w:t xml:space="preserve"> for confidential and non-judgmental support. </w:t>
      </w:r>
    </w:p>
    <w:p w14:paraId="7537AAD9" w14:textId="2F5B8818" w:rsidR="4CE487EB" w:rsidRDefault="4CE487EB" w:rsidP="62E5D067">
      <w:pPr>
        <w:ind w:left="3"/>
      </w:pPr>
      <w:r w:rsidRPr="62E5D067">
        <w:rPr>
          <w:sz w:val="22"/>
          <w:szCs w:val="22"/>
        </w:rPr>
        <w:t xml:space="preserve">If this isn’t something that you feel you’re able to do, make sure that you tell someone about how you’re feeling as soon as possible. </w:t>
      </w:r>
    </w:p>
    <w:p w14:paraId="5AA944F6" w14:textId="518009F7" w:rsidR="35E1FB73" w:rsidRDefault="35E1FB73" w:rsidP="62E5D067">
      <w:pPr>
        <w:ind w:left="3"/>
        <w:rPr>
          <w:sz w:val="22"/>
          <w:szCs w:val="22"/>
        </w:rPr>
      </w:pPr>
      <w:r w:rsidRPr="62E5D067">
        <w:rPr>
          <w:sz w:val="22"/>
          <w:szCs w:val="22"/>
        </w:rPr>
        <w:t xml:space="preserve">You can also </w:t>
      </w:r>
      <w:hyperlink r:id="rId23">
        <w:r w:rsidRPr="62E5D067">
          <w:rPr>
            <w:rStyle w:val="Hyperlink"/>
          </w:rPr>
          <w:t>c</w:t>
        </w:r>
        <w:r w:rsidR="12B9E8D7" w:rsidRPr="62E5D067">
          <w:rPr>
            <w:rStyle w:val="Hyperlink"/>
          </w:rPr>
          <w:t>all o</w:t>
        </w:r>
        <w:r w:rsidR="4CE487EB" w:rsidRPr="62E5D067">
          <w:rPr>
            <w:rStyle w:val="Hyperlink"/>
          </w:rPr>
          <w:t xml:space="preserve">ur campus Security team </w:t>
        </w:r>
        <w:r w:rsidR="67173885" w:rsidRPr="62E5D067">
          <w:rPr>
            <w:rStyle w:val="Hyperlink"/>
          </w:rPr>
          <w:t>on 0121 414 4444</w:t>
        </w:r>
      </w:hyperlink>
      <w:r w:rsidR="4CE487EB" w:rsidRPr="62E5D067">
        <w:rPr>
          <w:sz w:val="22"/>
          <w:szCs w:val="22"/>
        </w:rPr>
        <w:t xml:space="preserve"> in an emergency</w:t>
      </w:r>
      <w:r w:rsidR="67C1FE0C" w:rsidRPr="62E5D067">
        <w:rPr>
          <w:sz w:val="22"/>
          <w:szCs w:val="22"/>
        </w:rPr>
        <w:t>.</w:t>
      </w:r>
    </w:p>
    <w:p w14:paraId="615F03F5" w14:textId="252870CD" w:rsidR="4CE487EB" w:rsidRDefault="4CE487EB" w:rsidP="62E5D067">
      <w:pPr>
        <w:pStyle w:val="Heading2"/>
      </w:pPr>
      <w:bookmarkStart w:id="24" w:name="_Toc1569949302"/>
      <w:r w:rsidRPr="62E5D067">
        <w:t>Report + Support</w:t>
      </w:r>
      <w:bookmarkEnd w:id="24"/>
      <w:r w:rsidRPr="62E5D067">
        <w:t xml:space="preserve"> </w:t>
      </w:r>
    </w:p>
    <w:p w14:paraId="0E497708" w14:textId="19D3A95C" w:rsidR="4CE487EB" w:rsidRDefault="4CE487EB" w:rsidP="62E5D067">
      <w:pPr>
        <w:ind w:left="3"/>
      </w:pPr>
      <w:r w:rsidRPr="62E5D067">
        <w:rPr>
          <w:sz w:val="22"/>
          <w:szCs w:val="22"/>
        </w:rPr>
        <w:t xml:space="preserve">If you’ve been subjected to harmful behaviour – this might include any form of sexual violence, harassment, domestic abuse, hate, or other harmful behaviour – then we are here for you. Our team of specialist trained Responders are on hand to offer confidential support. You will be treated with respect, listened to, and empowered to make an informed decision about what to do next. You can meet with a Responder by completing our ‘Report + Support’ online form which can be accessed at any time. </w:t>
      </w:r>
    </w:p>
    <w:p w14:paraId="68C837B8" w14:textId="4587FFC9" w:rsidR="4CE487EB" w:rsidRDefault="4CE487EB" w:rsidP="62E5D067">
      <w:pPr>
        <w:ind w:left="3"/>
      </w:pPr>
      <w:r w:rsidRPr="62E5D067">
        <w:rPr>
          <w:sz w:val="22"/>
          <w:szCs w:val="22"/>
        </w:rPr>
        <w:t xml:space="preserve">Your options. Your choices. Our support. </w:t>
      </w:r>
    </w:p>
    <w:p w14:paraId="51526A36" w14:textId="113C4D8D" w:rsidR="0CD8E5AA" w:rsidRDefault="0CD8E5AA" w:rsidP="62E5D067">
      <w:pPr>
        <w:ind w:left="3"/>
        <w:rPr>
          <w:sz w:val="22"/>
          <w:szCs w:val="22"/>
        </w:rPr>
      </w:pPr>
      <w:hyperlink r:id="rId24">
        <w:r w:rsidRPr="62E5D067">
          <w:rPr>
            <w:rStyle w:val="Hyperlink"/>
          </w:rPr>
          <w:t>Visit the Report + Support site</w:t>
        </w:r>
      </w:hyperlink>
      <w:r w:rsidRPr="62E5D067">
        <w:rPr>
          <w:sz w:val="22"/>
          <w:szCs w:val="22"/>
        </w:rPr>
        <w:t>.</w:t>
      </w:r>
    </w:p>
    <w:p w14:paraId="436F8BEC" w14:textId="31840027" w:rsidR="0715FA3C" w:rsidRDefault="0715FA3C" w:rsidP="62E5D067">
      <w:pPr>
        <w:pStyle w:val="Heading2"/>
      </w:pPr>
      <w:bookmarkStart w:id="25" w:name="_Toc635365471"/>
      <w:r w:rsidRPr="62E5D067">
        <w:lastRenderedPageBreak/>
        <w:t>Community Safety Hub</w:t>
      </w:r>
      <w:bookmarkEnd w:id="25"/>
      <w:r w:rsidRPr="62E5D067">
        <w:t xml:space="preserve"> </w:t>
      </w:r>
    </w:p>
    <w:p w14:paraId="0F9B42F3" w14:textId="0A1C0CC2" w:rsidR="0715FA3C" w:rsidRDefault="0715FA3C" w:rsidP="62E5D067">
      <w:pPr>
        <w:ind w:left="3"/>
      </w:pPr>
      <w:r w:rsidRPr="62E5D067">
        <w:rPr>
          <w:sz w:val="22"/>
          <w:szCs w:val="22"/>
        </w:rPr>
        <w:t xml:space="preserve">Located at Lodge No.2 at the North Gate, the Community Safety Hub is occupied by our on-campus Police Team, and the Community Safety Team, who can offer you crime prevention advice and support. </w:t>
      </w:r>
    </w:p>
    <w:p w14:paraId="27B70A46" w14:textId="4B3FC1BD" w:rsidR="0715FA3C" w:rsidRDefault="0715FA3C" w:rsidP="62E5D067">
      <w:pPr>
        <w:ind w:left="3"/>
      </w:pPr>
      <w:r w:rsidRPr="62E5D067">
        <w:rPr>
          <w:sz w:val="22"/>
          <w:szCs w:val="22"/>
        </w:rPr>
        <w:t xml:space="preserve">It’s a safe and confidential environment where you can drop in or book an appointment to discuss any issues you may be experiencing. Our friendly and approachable staff will provide guidance and advice on what action to take </w:t>
      </w:r>
      <w:proofErr w:type="gramStart"/>
      <w:r w:rsidRPr="62E5D067">
        <w:rPr>
          <w:sz w:val="22"/>
          <w:szCs w:val="22"/>
        </w:rPr>
        <w:t>and signpost</w:t>
      </w:r>
      <w:proofErr w:type="gramEnd"/>
      <w:r w:rsidRPr="62E5D067">
        <w:rPr>
          <w:sz w:val="22"/>
          <w:szCs w:val="22"/>
        </w:rPr>
        <w:t xml:space="preserve"> to relevant support services internal and external to the University. They can also assist in making reports to both the police and University. </w:t>
      </w:r>
    </w:p>
    <w:p w14:paraId="05F1420F" w14:textId="5E948A5C" w:rsidR="0715FA3C" w:rsidRDefault="0715FA3C" w:rsidP="62E5D067">
      <w:pPr>
        <w:ind w:left="3"/>
      </w:pPr>
      <w:r w:rsidRPr="62E5D067">
        <w:rPr>
          <w:sz w:val="22"/>
          <w:szCs w:val="22"/>
        </w:rPr>
        <w:t xml:space="preserve">Other services available at the Hub: </w:t>
      </w:r>
    </w:p>
    <w:p w14:paraId="2A5D9574" w14:textId="01A53CC2" w:rsidR="0715FA3C" w:rsidRDefault="0715FA3C" w:rsidP="62E5D067">
      <w:pPr>
        <w:pStyle w:val="ListParagraph"/>
        <w:numPr>
          <w:ilvl w:val="0"/>
          <w:numId w:val="9"/>
        </w:numPr>
        <w:rPr>
          <w:sz w:val="22"/>
          <w:szCs w:val="22"/>
        </w:rPr>
      </w:pPr>
      <w:r w:rsidRPr="62E5D067">
        <w:rPr>
          <w:sz w:val="22"/>
          <w:szCs w:val="22"/>
        </w:rPr>
        <w:t xml:space="preserve">Free safety equipment such as door, window and personal safety alarms </w:t>
      </w:r>
    </w:p>
    <w:p w14:paraId="15CF3862" w14:textId="3687B046" w:rsidR="0715FA3C" w:rsidRDefault="0715FA3C" w:rsidP="62E5D067">
      <w:pPr>
        <w:pStyle w:val="ListParagraph"/>
        <w:numPr>
          <w:ilvl w:val="0"/>
          <w:numId w:val="9"/>
        </w:numPr>
        <w:rPr>
          <w:sz w:val="22"/>
          <w:szCs w:val="22"/>
        </w:rPr>
      </w:pPr>
      <w:r w:rsidRPr="62E5D067">
        <w:rPr>
          <w:sz w:val="22"/>
          <w:szCs w:val="22"/>
        </w:rPr>
        <w:t xml:space="preserve">Bike security – including registration and D-locks </w:t>
      </w:r>
    </w:p>
    <w:p w14:paraId="0A5BDA64" w14:textId="4B8CB166" w:rsidR="0715FA3C" w:rsidRDefault="0715FA3C" w:rsidP="62E5D067">
      <w:pPr>
        <w:ind w:left="3"/>
      </w:pPr>
      <w:r w:rsidRPr="62E5D067">
        <w:rPr>
          <w:sz w:val="22"/>
          <w:szCs w:val="22"/>
        </w:rPr>
        <w:t xml:space="preserve">The Community Safety Hub is open Monday to Friday (10:00-16:00). </w:t>
      </w:r>
    </w:p>
    <w:p w14:paraId="69D1BFBE" w14:textId="491C2D29" w:rsidR="0C5669B8" w:rsidRDefault="0C5669B8" w:rsidP="62E5D067">
      <w:pPr>
        <w:ind w:left="3"/>
      </w:pPr>
      <w:hyperlink r:id="rId25">
        <w:r w:rsidRPr="62E5D067">
          <w:rPr>
            <w:rStyle w:val="Hyperlink"/>
          </w:rPr>
          <w:t>Ca</w:t>
        </w:r>
        <w:r w:rsidR="326A233F" w:rsidRPr="62E5D067">
          <w:rPr>
            <w:rStyle w:val="Hyperlink"/>
          </w:rPr>
          <w:t xml:space="preserve">ll the Community Safety </w:t>
        </w:r>
        <w:r w:rsidR="0715FA3C" w:rsidRPr="62E5D067">
          <w:rPr>
            <w:rStyle w:val="Hyperlink"/>
          </w:rPr>
          <w:t>Team</w:t>
        </w:r>
        <w:r w:rsidR="00952DEA" w:rsidRPr="62E5D067">
          <w:rPr>
            <w:rStyle w:val="Hyperlink"/>
          </w:rPr>
          <w:t xml:space="preserve"> </w:t>
        </w:r>
        <w:r w:rsidR="0715FA3C" w:rsidRPr="62E5D067">
          <w:rPr>
            <w:rStyle w:val="Hyperlink"/>
          </w:rPr>
          <w:t>on 0121 414 2613</w:t>
        </w:r>
      </w:hyperlink>
      <w:r w:rsidR="6B18BBB2" w:rsidRPr="62E5D067">
        <w:rPr>
          <w:sz w:val="22"/>
          <w:szCs w:val="22"/>
        </w:rPr>
        <w:t>.</w:t>
      </w:r>
    </w:p>
    <w:p w14:paraId="06176319" w14:textId="3B56224E" w:rsidR="6B18BBB2" w:rsidRDefault="6B18BBB2" w:rsidP="62E5D067">
      <w:pPr>
        <w:ind w:left="3"/>
        <w:rPr>
          <w:sz w:val="22"/>
          <w:szCs w:val="22"/>
        </w:rPr>
      </w:pPr>
      <w:hyperlink r:id="rId26">
        <w:r w:rsidRPr="62E5D067">
          <w:rPr>
            <w:rStyle w:val="Hyperlink"/>
          </w:rPr>
          <w:t>Email the Community Safety Team</w:t>
        </w:r>
      </w:hyperlink>
      <w:r w:rsidRPr="62E5D067">
        <w:rPr>
          <w:sz w:val="22"/>
          <w:szCs w:val="22"/>
        </w:rPr>
        <w:t>.</w:t>
      </w:r>
    </w:p>
    <w:p w14:paraId="0C4A89E5" w14:textId="58E7FC90" w:rsidR="0715FA3C" w:rsidRDefault="0715FA3C" w:rsidP="62E5D067">
      <w:pPr>
        <w:pStyle w:val="Heading2"/>
      </w:pPr>
      <w:bookmarkStart w:id="26" w:name="_Toc1201030679"/>
      <w:r w:rsidRPr="62E5D067">
        <w:t>Better Than Well</w:t>
      </w:r>
      <w:bookmarkEnd w:id="26"/>
    </w:p>
    <w:p w14:paraId="42AEC7C1" w14:textId="31331CCE" w:rsidR="0715FA3C" w:rsidRDefault="0715FA3C" w:rsidP="62E5D067">
      <w:pPr>
        <w:ind w:left="3"/>
      </w:pPr>
      <w:r w:rsidRPr="62E5D067">
        <w:rPr>
          <w:sz w:val="22"/>
          <w:szCs w:val="22"/>
        </w:rPr>
        <w:t xml:space="preserve">Better Than Well is a community of recovering students on campus who support each other in shaping and maintaining an abstinence-based life in higher education through peer support, mutual </w:t>
      </w:r>
      <w:proofErr w:type="gramStart"/>
      <w:r w:rsidRPr="62E5D067">
        <w:rPr>
          <w:sz w:val="22"/>
          <w:szCs w:val="22"/>
        </w:rPr>
        <w:t>aid, ‘</w:t>
      </w:r>
      <w:proofErr w:type="gramEnd"/>
      <w:r w:rsidRPr="62E5D067">
        <w:rPr>
          <w:sz w:val="22"/>
          <w:szCs w:val="22"/>
        </w:rPr>
        <w:t xml:space="preserve">sober social’ activities and recovery-focused groups and meetings. </w:t>
      </w:r>
    </w:p>
    <w:p w14:paraId="0EE11B8C" w14:textId="4C8E51EB" w:rsidR="0EE96F16" w:rsidRDefault="0EE96F16" w:rsidP="62E5D067">
      <w:pPr>
        <w:ind w:left="3"/>
        <w:rPr>
          <w:sz w:val="22"/>
          <w:szCs w:val="22"/>
        </w:rPr>
      </w:pPr>
      <w:hyperlink r:id="rId27">
        <w:r w:rsidRPr="62E5D067">
          <w:rPr>
            <w:rStyle w:val="Hyperlink"/>
          </w:rPr>
          <w:t>Learn more about Better Than Well</w:t>
        </w:r>
      </w:hyperlink>
      <w:r w:rsidRPr="62E5D067">
        <w:rPr>
          <w:sz w:val="22"/>
          <w:szCs w:val="22"/>
        </w:rPr>
        <w:t>.</w:t>
      </w:r>
    </w:p>
    <w:p w14:paraId="7FCF0FAE" w14:textId="61DAE8CF" w:rsidR="0715FA3C" w:rsidRDefault="0715FA3C" w:rsidP="62E5D067">
      <w:pPr>
        <w:pStyle w:val="Heading2"/>
      </w:pPr>
      <w:bookmarkStart w:id="27" w:name="_Toc1889299328"/>
      <w:r w:rsidRPr="62E5D067">
        <w:t>SafeZone</w:t>
      </w:r>
      <w:bookmarkEnd w:id="27"/>
      <w:r w:rsidRPr="62E5D067">
        <w:t xml:space="preserve"> </w:t>
      </w:r>
    </w:p>
    <w:p w14:paraId="5BC7A6BD" w14:textId="4FD348D8" w:rsidR="0715FA3C" w:rsidRDefault="0715FA3C" w:rsidP="62E5D067">
      <w:pPr>
        <w:ind w:left="3"/>
      </w:pPr>
      <w:r w:rsidRPr="62E5D067">
        <w:rPr>
          <w:sz w:val="22"/>
          <w:szCs w:val="22"/>
        </w:rPr>
        <w:t xml:space="preserve">We recommend that all students download the free SafeZone app to your mobile phones, designed to give you extra peace of mind when on campus. As well as giving you access to the Community Safety and Security teams on campus, you can: </w:t>
      </w:r>
    </w:p>
    <w:p w14:paraId="56784D8A" w14:textId="6B40EFFA" w:rsidR="0715FA3C" w:rsidRDefault="0715FA3C" w:rsidP="62E5D067">
      <w:pPr>
        <w:pStyle w:val="ListParagraph"/>
        <w:numPr>
          <w:ilvl w:val="0"/>
          <w:numId w:val="8"/>
        </w:numPr>
        <w:rPr>
          <w:sz w:val="22"/>
          <w:szCs w:val="22"/>
        </w:rPr>
      </w:pPr>
      <w:r w:rsidRPr="62E5D067">
        <w:rPr>
          <w:sz w:val="22"/>
          <w:szCs w:val="22"/>
        </w:rPr>
        <w:t xml:space="preserve">Make an emergency call </w:t>
      </w:r>
    </w:p>
    <w:p w14:paraId="1C5EC7AF" w14:textId="0427F20D" w:rsidR="0715FA3C" w:rsidRDefault="0715FA3C" w:rsidP="62E5D067">
      <w:pPr>
        <w:pStyle w:val="ListParagraph"/>
        <w:numPr>
          <w:ilvl w:val="0"/>
          <w:numId w:val="8"/>
        </w:numPr>
        <w:rPr>
          <w:sz w:val="22"/>
          <w:szCs w:val="22"/>
        </w:rPr>
      </w:pPr>
      <w:r w:rsidRPr="62E5D067">
        <w:rPr>
          <w:sz w:val="22"/>
          <w:szCs w:val="22"/>
        </w:rPr>
        <w:t xml:space="preserve">Seek medical assistance </w:t>
      </w:r>
    </w:p>
    <w:p w14:paraId="5BFDD41C" w14:textId="4686A07C" w:rsidR="0715FA3C" w:rsidRDefault="0715FA3C" w:rsidP="62E5D067">
      <w:pPr>
        <w:pStyle w:val="ListParagraph"/>
        <w:numPr>
          <w:ilvl w:val="0"/>
          <w:numId w:val="8"/>
        </w:numPr>
        <w:rPr>
          <w:sz w:val="22"/>
          <w:szCs w:val="22"/>
        </w:rPr>
      </w:pPr>
      <w:r w:rsidRPr="62E5D067">
        <w:rPr>
          <w:sz w:val="22"/>
          <w:szCs w:val="22"/>
        </w:rPr>
        <w:t xml:space="preserve">‘Check In’ when working alone </w:t>
      </w:r>
    </w:p>
    <w:p w14:paraId="3014DA77" w14:textId="12B43AF3" w:rsidR="0715FA3C" w:rsidRDefault="0715FA3C" w:rsidP="62E5D067">
      <w:pPr>
        <w:pStyle w:val="ListParagraph"/>
        <w:numPr>
          <w:ilvl w:val="0"/>
          <w:numId w:val="8"/>
        </w:numPr>
        <w:rPr>
          <w:sz w:val="22"/>
          <w:szCs w:val="22"/>
        </w:rPr>
      </w:pPr>
      <w:r w:rsidRPr="62E5D067">
        <w:rPr>
          <w:sz w:val="22"/>
          <w:szCs w:val="22"/>
        </w:rPr>
        <w:t xml:space="preserve">Report any non-urgent issues </w:t>
      </w:r>
    </w:p>
    <w:p w14:paraId="07F06B5B" w14:textId="24E7EFFF" w:rsidR="0715FA3C" w:rsidRDefault="0715FA3C" w:rsidP="62E5D067">
      <w:r w:rsidRPr="62E5D067">
        <w:rPr>
          <w:sz w:val="22"/>
          <w:szCs w:val="22"/>
        </w:rPr>
        <w:t xml:space="preserve">SafeZone will only track your location if you require assistance. The app can also be used when you’re not on campus, offering you a direct connection to the Emergency Services via a 999 call. </w:t>
      </w:r>
    </w:p>
    <w:p w14:paraId="3FDD3049" w14:textId="5A82E971" w:rsidR="0715FA3C" w:rsidRDefault="0715FA3C" w:rsidP="62E5D067">
      <w:r w:rsidRPr="62E5D067">
        <w:rPr>
          <w:sz w:val="22"/>
          <w:szCs w:val="22"/>
        </w:rPr>
        <w:t xml:space="preserve">Download the free SafeZone app now via your app store or Google Play. Just register with your </w:t>
      </w:r>
      <w:proofErr w:type="gramStart"/>
      <w:r w:rsidRPr="62E5D067">
        <w:rPr>
          <w:sz w:val="22"/>
          <w:szCs w:val="22"/>
        </w:rPr>
        <w:t>University</w:t>
      </w:r>
      <w:proofErr w:type="gramEnd"/>
      <w:r w:rsidRPr="62E5D067">
        <w:rPr>
          <w:sz w:val="22"/>
          <w:szCs w:val="22"/>
        </w:rPr>
        <w:t xml:space="preserve"> email address and mobile number. </w:t>
      </w:r>
    </w:p>
    <w:p w14:paraId="16C6C11D" w14:textId="16F43601" w:rsidR="0715FA3C" w:rsidRDefault="0715FA3C" w:rsidP="62E5D067">
      <w:pPr>
        <w:pStyle w:val="Heading2"/>
      </w:pPr>
      <w:r w:rsidRPr="62E5D067">
        <w:lastRenderedPageBreak/>
        <w:t xml:space="preserve">Lead the Change </w:t>
      </w:r>
    </w:p>
    <w:p w14:paraId="210E1B3F" w14:textId="1395B56F" w:rsidR="0715FA3C" w:rsidRDefault="0715FA3C" w:rsidP="62E5D067">
      <w:r w:rsidRPr="62E5D067">
        <w:rPr>
          <w:sz w:val="22"/>
          <w:szCs w:val="22"/>
        </w:rPr>
        <w:t>Everyone deserves a safe and inclusive university experience. That’s why we’re encouraging all students to complete ‘Lead the Change’, a new course on Canvas about healthy relationships, boundaries, and respect. We also have a dedicated support page on harassment and sexual misconduct, where you can find more resources, guidance, and help.</w:t>
      </w:r>
    </w:p>
    <w:p w14:paraId="47072E89" w14:textId="73A6A3E0" w:rsidR="737147E4" w:rsidRDefault="737147E4" w:rsidP="62E5D067">
      <w:hyperlink r:id="rId28">
        <w:r w:rsidRPr="62E5D067">
          <w:rPr>
            <w:rStyle w:val="Hyperlink"/>
          </w:rPr>
          <w:t>Visit our harassment and sexual misconduct webpage</w:t>
        </w:r>
      </w:hyperlink>
      <w:r w:rsidRPr="62E5D067">
        <w:rPr>
          <w:sz w:val="22"/>
          <w:szCs w:val="22"/>
        </w:rPr>
        <w:t>.</w:t>
      </w:r>
    </w:p>
    <w:p w14:paraId="5F580937" w14:textId="5CDE1412" w:rsidR="3331E7F9" w:rsidRDefault="3331E7F9" w:rsidP="62E5D067">
      <w:pPr>
        <w:pStyle w:val="Heading2"/>
      </w:pPr>
      <w:bookmarkStart w:id="28" w:name="_Toc1618950250"/>
      <w:r w:rsidRPr="62E5D067">
        <w:t>Guild Advice</w:t>
      </w:r>
      <w:bookmarkEnd w:id="28"/>
      <w:r w:rsidRPr="62E5D067">
        <w:t xml:space="preserve"> </w:t>
      </w:r>
    </w:p>
    <w:p w14:paraId="6BD1FB60" w14:textId="66398F64" w:rsidR="3331E7F9" w:rsidRDefault="3331E7F9" w:rsidP="62E5D067">
      <w:r w:rsidRPr="62E5D067">
        <w:rPr>
          <w:sz w:val="22"/>
          <w:szCs w:val="22"/>
        </w:rPr>
        <w:t xml:space="preserve">The Guild of Students’ Advice Service provides free practical, confidential and impartial support on a variety of concerns related to student life. </w:t>
      </w:r>
    </w:p>
    <w:p w14:paraId="4A5CB1CE" w14:textId="3F0BAC17" w:rsidR="3331E7F9" w:rsidRDefault="3331E7F9" w:rsidP="62E5D067">
      <w:r w:rsidRPr="62E5D067">
        <w:rPr>
          <w:sz w:val="22"/>
          <w:szCs w:val="22"/>
        </w:rPr>
        <w:t xml:space="preserve">There are dedicated hubs on the Guild website for cost of living, housing, academic and wellbeing support. </w:t>
      </w:r>
    </w:p>
    <w:p w14:paraId="351980B4" w14:textId="1E14F212" w:rsidR="3331E7F9" w:rsidRDefault="3331E7F9" w:rsidP="62E5D067">
      <w:r w:rsidRPr="62E5D067">
        <w:rPr>
          <w:sz w:val="22"/>
          <w:szCs w:val="22"/>
        </w:rPr>
        <w:t xml:space="preserve">Advice case work is generally provided by email and appointments. Drop-in services are advertised and available during term. </w:t>
      </w:r>
    </w:p>
    <w:p w14:paraId="728320BD" w14:textId="49A8C9C9" w:rsidR="7576C9CC" w:rsidRDefault="7576C9CC" w:rsidP="62E5D067">
      <w:hyperlink r:id="rId29">
        <w:r w:rsidRPr="62E5D067">
          <w:rPr>
            <w:rStyle w:val="Hyperlink"/>
          </w:rPr>
          <w:t>Find out about Guild Advice</w:t>
        </w:r>
      </w:hyperlink>
      <w:r w:rsidRPr="62E5D067">
        <w:rPr>
          <w:sz w:val="22"/>
          <w:szCs w:val="22"/>
        </w:rPr>
        <w:t>.</w:t>
      </w:r>
    </w:p>
    <w:p w14:paraId="5631BC34" w14:textId="31AEA63D" w:rsidR="3331E7F9" w:rsidRDefault="3331E7F9" w:rsidP="62E5D067">
      <w:pPr>
        <w:pStyle w:val="Heading2"/>
      </w:pPr>
      <w:bookmarkStart w:id="29" w:name="_Toc1946591053"/>
      <w:r w:rsidRPr="62E5D067">
        <w:t>Peer support in accommodation</w:t>
      </w:r>
      <w:bookmarkEnd w:id="29"/>
      <w:r w:rsidRPr="62E5D067">
        <w:t xml:space="preserve"> </w:t>
      </w:r>
    </w:p>
    <w:p w14:paraId="6AF7354B" w14:textId="5DFBD28B" w:rsidR="3331E7F9" w:rsidRDefault="3331E7F9" w:rsidP="62E5D067">
      <w:r w:rsidRPr="62E5D067">
        <w:rPr>
          <w:sz w:val="22"/>
          <w:szCs w:val="22"/>
        </w:rPr>
        <w:t xml:space="preserve">The Guild of Students and the University provide a dedicated team of students just like you who offer information, advice and support while you live in UoB and partner accommodation. The team can help you with a range of student queries such as your wellbeing, settling in, living with others, flat disputes, budgeting, house hunting and more. </w:t>
      </w:r>
    </w:p>
    <w:p w14:paraId="59431CE7" w14:textId="524E71D1" w:rsidR="3331E7F9" w:rsidRDefault="3331E7F9" w:rsidP="62E5D067">
      <w:r w:rsidRPr="62E5D067">
        <w:rPr>
          <w:sz w:val="22"/>
          <w:szCs w:val="22"/>
        </w:rPr>
        <w:t xml:space="preserve">They also provide fun events and activities to help you feel at home and thrive in your new surroundings; they know just what it feels like to be in your shoes! </w:t>
      </w:r>
    </w:p>
    <w:p w14:paraId="651A5B80" w14:textId="0E7BBD08" w:rsidR="3331E7F9" w:rsidRDefault="3331E7F9" w:rsidP="62E5D067">
      <w:r w:rsidRPr="62E5D067">
        <w:rPr>
          <w:sz w:val="22"/>
          <w:szCs w:val="22"/>
        </w:rPr>
        <w:t>You can also arrange an appointment or drop into their office in Shackleton, The Vale, Monday to Friday (16:00-20:00) during each term.</w:t>
      </w:r>
    </w:p>
    <w:p w14:paraId="20D27434" w14:textId="15300D15" w:rsidR="0DC05A90" w:rsidRDefault="0DC05A90" w:rsidP="62E5D067">
      <w:hyperlink r:id="rId30">
        <w:r w:rsidRPr="62E5D067">
          <w:rPr>
            <w:rStyle w:val="Hyperlink"/>
          </w:rPr>
          <w:t>Learn more about accommodation support</w:t>
        </w:r>
      </w:hyperlink>
      <w:r w:rsidRPr="62E5D067">
        <w:rPr>
          <w:sz w:val="22"/>
          <w:szCs w:val="22"/>
        </w:rPr>
        <w:t>.</w:t>
      </w:r>
    </w:p>
    <w:p w14:paraId="71F2D697" w14:textId="20A77FF9" w:rsidR="30602C2A" w:rsidRDefault="00E11380" w:rsidP="62E5D067">
      <w:pPr>
        <w:rPr>
          <w:sz w:val="22"/>
          <w:szCs w:val="22"/>
        </w:rPr>
      </w:pPr>
      <w:hyperlink r:id="rId31" w:history="1">
        <w:r w:rsidR="30602C2A" w:rsidRPr="00E11380">
          <w:rPr>
            <w:rStyle w:val="Hyperlink"/>
            <w:sz w:val="22"/>
            <w:szCs w:val="22"/>
          </w:rPr>
          <w:t xml:space="preserve">Call </w:t>
        </w:r>
        <w:r w:rsidR="44779318" w:rsidRPr="00E11380">
          <w:rPr>
            <w:rStyle w:val="Hyperlink"/>
            <w:sz w:val="22"/>
            <w:szCs w:val="22"/>
          </w:rPr>
          <w:t xml:space="preserve">for </w:t>
        </w:r>
        <w:r w:rsidR="30602C2A" w:rsidRPr="00E11380">
          <w:rPr>
            <w:rStyle w:val="Hyperlink"/>
            <w:sz w:val="22"/>
            <w:szCs w:val="22"/>
          </w:rPr>
          <w:t xml:space="preserve">accommodation support on </w:t>
        </w:r>
        <w:r w:rsidR="3331E7F9" w:rsidRPr="00E11380">
          <w:rPr>
            <w:rStyle w:val="Hyperlink"/>
          </w:rPr>
          <w:t>0121 415 8568</w:t>
        </w:r>
      </w:hyperlink>
      <w:r w:rsidR="7776857C" w:rsidRPr="62E5D067">
        <w:rPr>
          <w:sz w:val="22"/>
          <w:szCs w:val="22"/>
        </w:rPr>
        <w:t>.</w:t>
      </w:r>
    </w:p>
    <w:p w14:paraId="6F3796ED" w14:textId="342619A1" w:rsidR="4055AE75" w:rsidRPr="00E11380" w:rsidRDefault="4055AE75" w:rsidP="62E5D067">
      <w:pPr>
        <w:rPr>
          <w:sz w:val="22"/>
          <w:szCs w:val="22"/>
        </w:rPr>
      </w:pPr>
      <w:hyperlink r:id="rId32">
        <w:r w:rsidRPr="00E11380">
          <w:rPr>
            <w:rStyle w:val="Hyperlink"/>
          </w:rPr>
          <w:t>Email accommodation support</w:t>
        </w:r>
      </w:hyperlink>
      <w:r w:rsidRPr="00E11380">
        <w:rPr>
          <w:sz w:val="22"/>
          <w:szCs w:val="22"/>
        </w:rPr>
        <w:t>.</w:t>
      </w:r>
    </w:p>
    <w:p w14:paraId="5648F68D" w14:textId="4A97A805" w:rsidR="4055AE75" w:rsidRDefault="4055AE75" w:rsidP="62E5D067">
      <w:pPr>
        <w:rPr>
          <w:sz w:val="22"/>
          <w:szCs w:val="22"/>
        </w:rPr>
      </w:pPr>
      <w:hyperlink r:id="rId33">
        <w:r w:rsidRPr="00E11380">
          <w:rPr>
            <w:rStyle w:val="Hyperlink"/>
          </w:rPr>
          <w:t>Follow the Halls Life Instagram</w:t>
        </w:r>
      </w:hyperlink>
      <w:r w:rsidR="315DE813" w:rsidRPr="00E11380">
        <w:rPr>
          <w:sz w:val="22"/>
          <w:szCs w:val="22"/>
        </w:rPr>
        <w:t>.</w:t>
      </w:r>
    </w:p>
    <w:p w14:paraId="6489E04E" w14:textId="4A494853" w:rsidR="3331E7F9" w:rsidRDefault="3331E7F9" w:rsidP="62E5D067">
      <w:pPr>
        <w:pStyle w:val="Heading2"/>
      </w:pPr>
      <w:bookmarkStart w:id="30" w:name="_Toc556183115"/>
      <w:r w:rsidRPr="62E5D067">
        <w:t>Looking after your physical health</w:t>
      </w:r>
      <w:bookmarkEnd w:id="30"/>
      <w:r w:rsidRPr="62E5D067">
        <w:t xml:space="preserve"> </w:t>
      </w:r>
    </w:p>
    <w:p w14:paraId="47487D32" w14:textId="1592A70A" w:rsidR="3331E7F9" w:rsidRDefault="3331E7F9" w:rsidP="62E5D067">
      <w:r w:rsidRPr="62E5D067">
        <w:rPr>
          <w:sz w:val="22"/>
          <w:szCs w:val="22"/>
        </w:rPr>
        <w:t xml:space="preserve">Getting up and moving around </w:t>
      </w:r>
      <w:proofErr w:type="gramStart"/>
      <w:r w:rsidRPr="62E5D067">
        <w:rPr>
          <w:sz w:val="22"/>
          <w:szCs w:val="22"/>
        </w:rPr>
        <w:t>can do</w:t>
      </w:r>
      <w:proofErr w:type="gramEnd"/>
      <w:r w:rsidRPr="62E5D067">
        <w:rPr>
          <w:sz w:val="22"/>
          <w:szCs w:val="22"/>
        </w:rPr>
        <w:t xml:space="preserve"> wonders for your mood and overall wellbeing. </w:t>
      </w:r>
    </w:p>
    <w:p w14:paraId="2D53FFA8" w14:textId="6F207669" w:rsidR="3331E7F9" w:rsidRDefault="3331E7F9" w:rsidP="62E5D067">
      <w:r w:rsidRPr="62E5D067">
        <w:rPr>
          <w:sz w:val="22"/>
          <w:szCs w:val="22"/>
        </w:rPr>
        <w:t xml:space="preserve">Whether you’re getting active for the first time, are a seasoned gym-goer or are interested in trying something completely new, there’s something for everyone at Sport &amp; Fitness. With two gyms to choose from, over 150 Group Exercise classes a week, 56 </w:t>
      </w:r>
      <w:r w:rsidRPr="62E5D067">
        <w:rPr>
          <w:sz w:val="22"/>
          <w:szCs w:val="22"/>
        </w:rPr>
        <w:lastRenderedPageBreak/>
        <w:t xml:space="preserve">Sports Clubs, Birmingham’s first 50m pool and Try-a-Sport and Social Sport sessions, you can discover your activity and take some time out to take care of your physical health. </w:t>
      </w:r>
    </w:p>
    <w:p w14:paraId="19FEA46D" w14:textId="0615FCE5" w:rsidR="3331E7F9" w:rsidRDefault="3331E7F9" w:rsidP="62E5D067">
      <w:r w:rsidRPr="62E5D067">
        <w:rPr>
          <w:sz w:val="22"/>
          <w:szCs w:val="22"/>
        </w:rPr>
        <w:t xml:space="preserve">For students living in </w:t>
      </w:r>
      <w:proofErr w:type="gramStart"/>
      <w:r w:rsidRPr="62E5D067">
        <w:rPr>
          <w:sz w:val="22"/>
          <w:szCs w:val="22"/>
        </w:rPr>
        <w:t>University</w:t>
      </w:r>
      <w:proofErr w:type="gramEnd"/>
      <w:r w:rsidRPr="62E5D067">
        <w:rPr>
          <w:sz w:val="22"/>
          <w:szCs w:val="22"/>
        </w:rPr>
        <w:t xml:space="preserve"> and partner owned accommodation, you can enjoy free, weekly fitness classes and sports in your halls thanks to the ‘Active Residences’ programme. From yoga and pilates to rounders and tennis, these sessions are a great way to boost your wellbeing, get moving and meet new people. </w:t>
      </w:r>
    </w:p>
    <w:p w14:paraId="3621A872" w14:textId="2B63F50D" w:rsidR="650CF127" w:rsidRDefault="650CF127" w:rsidP="62E5D067">
      <w:hyperlink r:id="rId34">
        <w:r w:rsidRPr="62E5D067">
          <w:rPr>
            <w:rStyle w:val="Hyperlink"/>
          </w:rPr>
          <w:t>Visit Sport &amp; Fitness</w:t>
        </w:r>
      </w:hyperlink>
      <w:r w:rsidRPr="62E5D067">
        <w:rPr>
          <w:sz w:val="22"/>
          <w:szCs w:val="22"/>
        </w:rPr>
        <w:t>.</w:t>
      </w:r>
    </w:p>
    <w:p w14:paraId="1CA063B3" w14:textId="7714B223" w:rsidR="3331E7F9" w:rsidRDefault="3331E7F9" w:rsidP="62E5D067">
      <w:pPr>
        <w:pStyle w:val="Heading2"/>
      </w:pPr>
      <w:bookmarkStart w:id="31" w:name="_Toc1923954256"/>
      <w:r w:rsidRPr="62E5D067">
        <w:t>Wellness service</w:t>
      </w:r>
      <w:bookmarkEnd w:id="31"/>
      <w:r w:rsidRPr="62E5D067">
        <w:t xml:space="preserve"> </w:t>
      </w:r>
    </w:p>
    <w:p w14:paraId="1C98E546" w14:textId="7C20635E" w:rsidR="3331E7F9" w:rsidRDefault="3331E7F9" w:rsidP="62E5D067">
      <w:r w:rsidRPr="62E5D067">
        <w:rPr>
          <w:sz w:val="22"/>
          <w:szCs w:val="22"/>
        </w:rPr>
        <w:t>Exercise, nutrition and living mindfully are paramount to both our individual and collective wellbeing. The UB Sport Wellness Service offers free tailored one-to-one support and guidance on meditation, nutrition and exercise that’s open to all students, whatever your connection to UB Sport &amp; Fitness.</w:t>
      </w:r>
    </w:p>
    <w:p w14:paraId="153D17EF" w14:textId="64A4CE4A" w:rsidR="507066EB" w:rsidRDefault="507066EB" w:rsidP="62E5D067">
      <w:hyperlink r:id="rId35">
        <w:r w:rsidRPr="62E5D067">
          <w:rPr>
            <w:rStyle w:val="Hyperlink"/>
          </w:rPr>
          <w:t>Find out more about the Wellness Service</w:t>
        </w:r>
      </w:hyperlink>
      <w:r w:rsidRPr="62E5D067">
        <w:rPr>
          <w:sz w:val="22"/>
          <w:szCs w:val="22"/>
        </w:rPr>
        <w:t>.</w:t>
      </w:r>
    </w:p>
    <w:p w14:paraId="19E0C2D5" w14:textId="1CB611A4" w:rsidR="71EC60A3" w:rsidRDefault="71EC60A3" w:rsidP="62E5D067">
      <w:hyperlink r:id="rId36">
        <w:r w:rsidRPr="62E5D067">
          <w:rPr>
            <w:rStyle w:val="Hyperlink"/>
            <w:highlight w:val="yellow"/>
          </w:rPr>
          <w:t>Email the UB Sport Wellness Service</w:t>
        </w:r>
      </w:hyperlink>
      <w:r w:rsidRPr="62E5D067">
        <w:rPr>
          <w:sz w:val="22"/>
          <w:szCs w:val="22"/>
          <w:highlight w:val="yellow"/>
        </w:rPr>
        <w:t>.</w:t>
      </w:r>
    </w:p>
    <w:p w14:paraId="069534D5" w14:textId="32AB4B1C" w:rsidR="4B8667FF" w:rsidRDefault="4B8667FF" w:rsidP="62E5D067">
      <w:pPr>
        <w:pStyle w:val="Heading2"/>
      </w:pPr>
      <w:bookmarkStart w:id="32" w:name="_Toc323078270"/>
      <w:r w:rsidRPr="62E5D067">
        <w:t>Student Disability Service</w:t>
      </w:r>
      <w:bookmarkEnd w:id="32"/>
      <w:r w:rsidRPr="62E5D067">
        <w:t xml:space="preserve"> </w:t>
      </w:r>
    </w:p>
    <w:p w14:paraId="1C363EBD" w14:textId="2DA2040E" w:rsidR="4B8667FF" w:rsidRDefault="4B8667FF" w:rsidP="62E5D067">
      <w:r w:rsidRPr="62E5D067">
        <w:rPr>
          <w:sz w:val="22"/>
          <w:szCs w:val="22"/>
        </w:rPr>
        <w:t xml:space="preserve">The Student Disability Service is here to help all students with a disability, including long-term mental or physical health conditions, specific learning difficulties and autism spectrum conditions. </w:t>
      </w:r>
    </w:p>
    <w:p w14:paraId="4862997E" w14:textId="2FA8438A" w:rsidR="4B8667FF" w:rsidRDefault="4B8667FF" w:rsidP="62E5D067">
      <w:r w:rsidRPr="62E5D067">
        <w:rPr>
          <w:sz w:val="22"/>
          <w:szCs w:val="22"/>
        </w:rPr>
        <w:t xml:space="preserve">To speak with an advisor about what support you may need, including applying for the Disabled Students Allowance and accessing additional academic support, you need to register with our service and provide evidence of your disability. </w:t>
      </w:r>
    </w:p>
    <w:p w14:paraId="5CDEC13D" w14:textId="09C77B81" w:rsidR="4B8667FF" w:rsidRDefault="4B8667FF" w:rsidP="62E5D067">
      <w:pPr>
        <w:pStyle w:val="Heading2"/>
      </w:pPr>
      <w:bookmarkStart w:id="33" w:name="_Toc518574639"/>
      <w:r w:rsidRPr="62E5D067">
        <w:t>Screenings for dyslexia, dyspraxia and dyscalculia</w:t>
      </w:r>
      <w:bookmarkEnd w:id="33"/>
      <w:r w:rsidRPr="62E5D067">
        <w:t xml:space="preserve"> </w:t>
      </w:r>
    </w:p>
    <w:p w14:paraId="2E2D46C4" w14:textId="63841774" w:rsidR="4B8667FF" w:rsidRDefault="4B8667FF" w:rsidP="62E5D067">
      <w:r w:rsidRPr="62E5D067">
        <w:rPr>
          <w:sz w:val="22"/>
          <w:szCs w:val="22"/>
        </w:rPr>
        <w:t xml:space="preserve">We can provide information about screening tools for students who think they may have dyslexia, dyspraxia or dyscalculia. </w:t>
      </w:r>
    </w:p>
    <w:p w14:paraId="59ECF1F4" w14:textId="767D5754" w:rsidR="4B8667FF" w:rsidRDefault="4B8667FF" w:rsidP="62E5D067">
      <w:pPr>
        <w:pStyle w:val="Heading2"/>
      </w:pPr>
      <w:bookmarkStart w:id="34" w:name="_Toc1489614449"/>
      <w:r w:rsidRPr="62E5D067">
        <w:t>Reasonable adjustments</w:t>
      </w:r>
      <w:bookmarkEnd w:id="34"/>
      <w:r w:rsidRPr="62E5D067">
        <w:t xml:space="preserve"> </w:t>
      </w:r>
    </w:p>
    <w:p w14:paraId="788CE6E8" w14:textId="63E0DEDE" w:rsidR="4B8667FF" w:rsidRDefault="4B8667FF" w:rsidP="62E5D067">
      <w:r w:rsidRPr="62E5D067">
        <w:rPr>
          <w:sz w:val="22"/>
          <w:szCs w:val="22"/>
        </w:rPr>
        <w:t xml:space="preserve">To enable you to get the most out of university life and to support you in effectively undertaking your studies, we may be able to provide a range of adjustments. These may include, but are not limited to, exam adjustments, such as extra time, or </w:t>
      </w:r>
      <w:proofErr w:type="gramStart"/>
      <w:r w:rsidRPr="62E5D067">
        <w:rPr>
          <w:sz w:val="22"/>
          <w:szCs w:val="22"/>
        </w:rPr>
        <w:t>accommodations</w:t>
      </w:r>
      <w:proofErr w:type="gramEnd"/>
      <w:r w:rsidRPr="62E5D067">
        <w:rPr>
          <w:sz w:val="22"/>
          <w:szCs w:val="22"/>
        </w:rPr>
        <w:t xml:space="preserve"> for presentations/group work. These would be dependent on your individual needs and evidence provided. </w:t>
      </w:r>
    </w:p>
    <w:p w14:paraId="6A53A809" w14:textId="04A78AF0" w:rsidR="4B8667FF" w:rsidRDefault="4B8667FF" w:rsidP="62E5D067">
      <w:r w:rsidRPr="62E5D067">
        <w:rPr>
          <w:sz w:val="22"/>
          <w:szCs w:val="22"/>
        </w:rPr>
        <w:t xml:space="preserve">You are eligible for a reasonable adjustment plan (RAP) if you have: </w:t>
      </w:r>
    </w:p>
    <w:p w14:paraId="28911807" w14:textId="084A732F" w:rsidR="4B8667FF" w:rsidRDefault="4B8667FF" w:rsidP="62E5D067">
      <w:pPr>
        <w:pStyle w:val="ListParagraph"/>
        <w:numPr>
          <w:ilvl w:val="0"/>
          <w:numId w:val="7"/>
        </w:numPr>
        <w:rPr>
          <w:sz w:val="22"/>
          <w:szCs w:val="22"/>
        </w:rPr>
      </w:pPr>
      <w:r w:rsidRPr="62E5D067">
        <w:rPr>
          <w:sz w:val="22"/>
          <w:szCs w:val="22"/>
        </w:rPr>
        <w:t xml:space="preserve">physical and sensory disabilities; </w:t>
      </w:r>
    </w:p>
    <w:p w14:paraId="45001E2F" w14:textId="60F9D63A" w:rsidR="1A1A1716" w:rsidRDefault="1A1A1716" w:rsidP="62E5D067">
      <w:pPr>
        <w:pStyle w:val="ListParagraph"/>
        <w:numPr>
          <w:ilvl w:val="0"/>
          <w:numId w:val="7"/>
        </w:numPr>
        <w:rPr>
          <w:sz w:val="22"/>
          <w:szCs w:val="22"/>
        </w:rPr>
      </w:pPr>
      <w:r w:rsidRPr="62E5D067">
        <w:rPr>
          <w:sz w:val="22"/>
          <w:szCs w:val="22"/>
        </w:rPr>
        <w:t>l</w:t>
      </w:r>
      <w:r w:rsidR="4B8667FF" w:rsidRPr="62E5D067">
        <w:rPr>
          <w:sz w:val="22"/>
          <w:szCs w:val="22"/>
        </w:rPr>
        <w:t xml:space="preserve">ong-term mental health difficulties; </w:t>
      </w:r>
    </w:p>
    <w:p w14:paraId="49ABFDE6" w14:textId="6DDE1E92" w:rsidR="4B8667FF" w:rsidRDefault="4B8667FF" w:rsidP="62E5D067">
      <w:pPr>
        <w:pStyle w:val="ListParagraph"/>
        <w:numPr>
          <w:ilvl w:val="0"/>
          <w:numId w:val="7"/>
        </w:numPr>
        <w:rPr>
          <w:sz w:val="22"/>
          <w:szCs w:val="22"/>
        </w:rPr>
      </w:pPr>
      <w:r w:rsidRPr="62E5D067">
        <w:rPr>
          <w:sz w:val="22"/>
          <w:szCs w:val="22"/>
        </w:rPr>
        <w:t xml:space="preserve">dyslexia and other specific learning difficulties (SpLD); </w:t>
      </w:r>
    </w:p>
    <w:p w14:paraId="5236AC58" w14:textId="5BC629F3" w:rsidR="4B8667FF" w:rsidRDefault="4B8667FF" w:rsidP="62E5D067">
      <w:pPr>
        <w:pStyle w:val="ListParagraph"/>
        <w:numPr>
          <w:ilvl w:val="0"/>
          <w:numId w:val="7"/>
        </w:numPr>
        <w:rPr>
          <w:sz w:val="22"/>
          <w:szCs w:val="22"/>
        </w:rPr>
      </w:pPr>
      <w:r w:rsidRPr="62E5D067">
        <w:rPr>
          <w:sz w:val="22"/>
          <w:szCs w:val="22"/>
        </w:rPr>
        <w:t xml:space="preserve">autism spectrum condition; or </w:t>
      </w:r>
    </w:p>
    <w:p w14:paraId="4E34D384" w14:textId="1F1B092B" w:rsidR="4B8667FF" w:rsidRDefault="4B8667FF" w:rsidP="62E5D067">
      <w:pPr>
        <w:pStyle w:val="ListParagraph"/>
        <w:numPr>
          <w:ilvl w:val="0"/>
          <w:numId w:val="7"/>
        </w:numPr>
        <w:rPr>
          <w:sz w:val="22"/>
          <w:szCs w:val="22"/>
        </w:rPr>
      </w:pPr>
      <w:r w:rsidRPr="62E5D067">
        <w:rPr>
          <w:sz w:val="22"/>
          <w:szCs w:val="22"/>
        </w:rPr>
        <w:lastRenderedPageBreak/>
        <w:t xml:space="preserve">other long-term health conditions. </w:t>
      </w:r>
    </w:p>
    <w:p w14:paraId="75E34581" w14:textId="3429CFB6" w:rsidR="4B8667FF" w:rsidRDefault="4B8667FF" w:rsidP="62E5D067">
      <w:pPr>
        <w:rPr>
          <w:sz w:val="22"/>
          <w:szCs w:val="22"/>
        </w:rPr>
      </w:pPr>
      <w:r w:rsidRPr="62E5D067">
        <w:rPr>
          <w:sz w:val="22"/>
          <w:szCs w:val="22"/>
        </w:rPr>
        <w:t xml:space="preserve">Please contact the Student Disability Service as soon as possible, to ensure they have enough time to write and implement your plan. </w:t>
      </w:r>
    </w:p>
    <w:p w14:paraId="2B8421C9" w14:textId="67A32FF5" w:rsidR="6384D1D3" w:rsidRDefault="6384D1D3" w:rsidP="62E5D067">
      <w:hyperlink r:id="rId37">
        <w:r w:rsidRPr="62E5D067">
          <w:rPr>
            <w:rStyle w:val="Hyperlink"/>
          </w:rPr>
          <w:t>Explore the Student Disability Service</w:t>
        </w:r>
      </w:hyperlink>
      <w:r w:rsidRPr="62E5D067">
        <w:rPr>
          <w:sz w:val="22"/>
          <w:szCs w:val="22"/>
        </w:rPr>
        <w:t>.</w:t>
      </w:r>
    </w:p>
    <w:p w14:paraId="54553335" w14:textId="1A7881E8" w:rsidR="634AE9C6" w:rsidRDefault="634AE9C6" w:rsidP="62E5D067">
      <w:pPr>
        <w:pStyle w:val="Heading1"/>
      </w:pPr>
      <w:bookmarkStart w:id="35" w:name="_Toc955372583"/>
      <w:bookmarkStart w:id="36" w:name="_Toc2077593489"/>
      <w:r w:rsidRPr="62E5D067">
        <w:t>Your student community</w:t>
      </w:r>
      <w:bookmarkEnd w:id="35"/>
      <w:bookmarkEnd w:id="36"/>
    </w:p>
    <w:p w14:paraId="6D622C4A" w14:textId="215B964A" w:rsidR="634AE9C6" w:rsidRDefault="634AE9C6" w:rsidP="62E5D067">
      <w:pPr>
        <w:pStyle w:val="Heading2"/>
      </w:pPr>
      <w:bookmarkStart w:id="37" w:name="_Toc1162713039"/>
      <w:r w:rsidRPr="62E5D067">
        <w:t>The Guild of Students</w:t>
      </w:r>
      <w:bookmarkEnd w:id="37"/>
      <w:r w:rsidRPr="62E5D067">
        <w:t xml:space="preserve"> </w:t>
      </w:r>
    </w:p>
    <w:p w14:paraId="1BF5C325" w14:textId="7218A01A" w:rsidR="634AE9C6" w:rsidRDefault="634AE9C6" w:rsidP="62E5D067">
      <w:r w:rsidRPr="62E5D067">
        <w:rPr>
          <w:sz w:val="22"/>
          <w:szCs w:val="22"/>
        </w:rPr>
        <w:t xml:space="preserve">The Guild of Students is UoB’s students’ union. The Guild represents all students at the University, giving you a voice on the issues that matter most during your studies. </w:t>
      </w:r>
    </w:p>
    <w:p w14:paraId="696544DF" w14:textId="0DFF4648" w:rsidR="634AE9C6" w:rsidRDefault="634AE9C6" w:rsidP="62E5D067">
      <w:r w:rsidRPr="62E5D067">
        <w:rPr>
          <w:sz w:val="22"/>
          <w:szCs w:val="22"/>
        </w:rPr>
        <w:t xml:space="preserve">The Guild helps you to develop academic skills, supports your wellbeing, and provides events and activities for you to have fun, meet new people and truly make the most of university life. </w:t>
      </w:r>
    </w:p>
    <w:p w14:paraId="2976DC55" w14:textId="30D9C4B9" w:rsidR="634AE9C6" w:rsidRDefault="634AE9C6" w:rsidP="62E5D067">
      <w:hyperlink r:id="rId38">
        <w:r w:rsidRPr="62E5D067">
          <w:rPr>
            <w:rStyle w:val="Hyperlink"/>
          </w:rPr>
          <w:t>Visit</w:t>
        </w:r>
        <w:r w:rsidR="515CEE1C" w:rsidRPr="62E5D067">
          <w:rPr>
            <w:rStyle w:val="Hyperlink"/>
          </w:rPr>
          <w:t xml:space="preserve"> The Guild of Students website</w:t>
        </w:r>
      </w:hyperlink>
      <w:r w:rsidR="515CEE1C" w:rsidRPr="62E5D067">
        <w:rPr>
          <w:sz w:val="22"/>
          <w:szCs w:val="22"/>
        </w:rPr>
        <w:t xml:space="preserve"> and </w:t>
      </w:r>
      <w:r w:rsidRPr="62E5D067">
        <w:rPr>
          <w:sz w:val="22"/>
          <w:szCs w:val="22"/>
        </w:rPr>
        <w:t>follow the Guild’s social media.</w:t>
      </w:r>
    </w:p>
    <w:p w14:paraId="33322193" w14:textId="61D105EE" w:rsidR="634AE9C6" w:rsidRDefault="634AE9C6" w:rsidP="62E5D067">
      <w:pPr>
        <w:pStyle w:val="Heading2"/>
      </w:pPr>
      <w:bookmarkStart w:id="38" w:name="_Toc710448595"/>
      <w:r w:rsidRPr="62E5D067">
        <w:t>Liberation Officers and Associations</w:t>
      </w:r>
      <w:bookmarkEnd w:id="38"/>
      <w:r w:rsidRPr="62E5D067">
        <w:t xml:space="preserve"> </w:t>
      </w:r>
    </w:p>
    <w:p w14:paraId="7ABB126E" w14:textId="727DB9B9" w:rsidR="634AE9C6" w:rsidRDefault="634AE9C6" w:rsidP="62E5D067">
      <w:r w:rsidRPr="62E5D067">
        <w:rPr>
          <w:sz w:val="22"/>
          <w:szCs w:val="22"/>
        </w:rPr>
        <w:t xml:space="preserve">The Guild’s Liberation Associations and Officers represent and campaign on behalf of students who may face barriers or feel </w:t>
      </w:r>
      <w:proofErr w:type="gramStart"/>
      <w:r w:rsidRPr="62E5D067">
        <w:rPr>
          <w:sz w:val="22"/>
          <w:szCs w:val="22"/>
        </w:rPr>
        <w:t>under represented</w:t>
      </w:r>
      <w:proofErr w:type="gramEnd"/>
      <w:r w:rsidRPr="62E5D067">
        <w:rPr>
          <w:sz w:val="22"/>
          <w:szCs w:val="22"/>
        </w:rPr>
        <w:t xml:space="preserve"> within Higher Education or wider society. They also organise social activities and events, so students can develop a strong support network. </w:t>
      </w:r>
    </w:p>
    <w:p w14:paraId="5EC6D8E7" w14:textId="3F88DD0B" w:rsidR="634AE9C6" w:rsidRDefault="634AE9C6" w:rsidP="62E5D067">
      <w:r w:rsidRPr="62E5D067">
        <w:rPr>
          <w:sz w:val="22"/>
          <w:szCs w:val="22"/>
        </w:rPr>
        <w:t xml:space="preserve">Liberation groups include: </w:t>
      </w:r>
    </w:p>
    <w:p w14:paraId="7DDE0F0B" w14:textId="164D67B1" w:rsidR="634AE9C6" w:rsidRDefault="634AE9C6" w:rsidP="62E5D067">
      <w:pPr>
        <w:pStyle w:val="ListParagraph"/>
        <w:numPr>
          <w:ilvl w:val="0"/>
          <w:numId w:val="6"/>
        </w:numPr>
        <w:rPr>
          <w:sz w:val="22"/>
          <w:szCs w:val="22"/>
        </w:rPr>
      </w:pPr>
      <w:r w:rsidRPr="62E5D067">
        <w:rPr>
          <w:sz w:val="22"/>
          <w:szCs w:val="22"/>
        </w:rPr>
        <w:t xml:space="preserve">Black and Ethnic Minorities’ Association (BEMA) </w:t>
      </w:r>
    </w:p>
    <w:p w14:paraId="0E525718" w14:textId="58A67407" w:rsidR="634AE9C6" w:rsidRDefault="634AE9C6" w:rsidP="62E5D067">
      <w:pPr>
        <w:pStyle w:val="ListParagraph"/>
        <w:numPr>
          <w:ilvl w:val="0"/>
          <w:numId w:val="6"/>
        </w:numPr>
        <w:rPr>
          <w:sz w:val="22"/>
          <w:szCs w:val="22"/>
        </w:rPr>
      </w:pPr>
      <w:r w:rsidRPr="62E5D067">
        <w:rPr>
          <w:sz w:val="22"/>
          <w:szCs w:val="22"/>
        </w:rPr>
        <w:t xml:space="preserve">Intersectional Feminist Association (IFA) </w:t>
      </w:r>
    </w:p>
    <w:p w14:paraId="38F635C2" w14:textId="766B2D7F" w:rsidR="634AE9C6" w:rsidRDefault="634AE9C6" w:rsidP="62E5D067">
      <w:pPr>
        <w:pStyle w:val="ListParagraph"/>
        <w:numPr>
          <w:ilvl w:val="0"/>
          <w:numId w:val="6"/>
        </w:numPr>
        <w:rPr>
          <w:sz w:val="22"/>
          <w:szCs w:val="22"/>
        </w:rPr>
      </w:pPr>
      <w:r w:rsidRPr="62E5D067">
        <w:rPr>
          <w:sz w:val="22"/>
          <w:szCs w:val="22"/>
        </w:rPr>
        <w:t xml:space="preserve">Lesbian, Gay, Bisexual, Transgender and Queer+ (LGBTQ+) Association </w:t>
      </w:r>
    </w:p>
    <w:p w14:paraId="6F70694D" w14:textId="7F0923DC" w:rsidR="634AE9C6" w:rsidRDefault="634AE9C6" w:rsidP="62E5D067">
      <w:pPr>
        <w:pStyle w:val="ListParagraph"/>
        <w:numPr>
          <w:ilvl w:val="0"/>
          <w:numId w:val="6"/>
        </w:numPr>
        <w:rPr>
          <w:sz w:val="22"/>
          <w:szCs w:val="22"/>
        </w:rPr>
      </w:pPr>
      <w:r w:rsidRPr="62E5D067">
        <w:rPr>
          <w:sz w:val="22"/>
          <w:szCs w:val="22"/>
        </w:rPr>
        <w:t xml:space="preserve">Students’ Association for Neurodivergence, Disability and Mental Health (SANDAM) </w:t>
      </w:r>
    </w:p>
    <w:p w14:paraId="2C11AA67" w14:textId="7921E187" w:rsidR="634AE9C6" w:rsidRDefault="634AE9C6" w:rsidP="62E5D067">
      <w:pPr>
        <w:ind w:left="3"/>
      </w:pPr>
      <w:r w:rsidRPr="62E5D067">
        <w:rPr>
          <w:sz w:val="22"/>
          <w:szCs w:val="22"/>
        </w:rPr>
        <w:t xml:space="preserve">Liberation Officers are: </w:t>
      </w:r>
    </w:p>
    <w:p w14:paraId="40D951A8" w14:textId="5A01A617" w:rsidR="634AE9C6" w:rsidRDefault="634AE9C6" w:rsidP="62E5D067">
      <w:pPr>
        <w:pStyle w:val="ListParagraph"/>
        <w:numPr>
          <w:ilvl w:val="0"/>
          <w:numId w:val="5"/>
        </w:numPr>
        <w:rPr>
          <w:sz w:val="22"/>
          <w:szCs w:val="22"/>
        </w:rPr>
      </w:pPr>
      <w:r w:rsidRPr="62E5D067">
        <w:rPr>
          <w:sz w:val="22"/>
          <w:szCs w:val="22"/>
        </w:rPr>
        <w:t xml:space="preserve">Disabled Students’ Officer </w:t>
      </w:r>
    </w:p>
    <w:p w14:paraId="14DB001E" w14:textId="566E0026" w:rsidR="634AE9C6" w:rsidRDefault="634AE9C6" w:rsidP="62E5D067">
      <w:pPr>
        <w:pStyle w:val="ListParagraph"/>
        <w:numPr>
          <w:ilvl w:val="0"/>
          <w:numId w:val="5"/>
        </w:numPr>
        <w:rPr>
          <w:sz w:val="22"/>
          <w:szCs w:val="22"/>
        </w:rPr>
      </w:pPr>
      <w:r w:rsidRPr="62E5D067">
        <w:rPr>
          <w:sz w:val="22"/>
          <w:szCs w:val="22"/>
        </w:rPr>
        <w:t xml:space="preserve">Ethnic Minority Students’ Officer </w:t>
      </w:r>
    </w:p>
    <w:p w14:paraId="3C57CA4D" w14:textId="3955CCE2" w:rsidR="634AE9C6" w:rsidRDefault="634AE9C6" w:rsidP="62E5D067">
      <w:pPr>
        <w:pStyle w:val="ListParagraph"/>
        <w:numPr>
          <w:ilvl w:val="0"/>
          <w:numId w:val="5"/>
        </w:numPr>
        <w:rPr>
          <w:sz w:val="22"/>
          <w:szCs w:val="22"/>
        </w:rPr>
      </w:pPr>
      <w:r w:rsidRPr="62E5D067">
        <w:rPr>
          <w:sz w:val="22"/>
          <w:szCs w:val="22"/>
        </w:rPr>
        <w:t xml:space="preserve">LGBTQ+ Students’ Officer </w:t>
      </w:r>
    </w:p>
    <w:p w14:paraId="1E879177" w14:textId="2C9694C6" w:rsidR="634AE9C6" w:rsidRDefault="634AE9C6" w:rsidP="62E5D067">
      <w:pPr>
        <w:pStyle w:val="ListParagraph"/>
        <w:numPr>
          <w:ilvl w:val="0"/>
          <w:numId w:val="5"/>
        </w:numPr>
        <w:rPr>
          <w:sz w:val="22"/>
          <w:szCs w:val="22"/>
        </w:rPr>
      </w:pPr>
      <w:r w:rsidRPr="62E5D067">
        <w:rPr>
          <w:sz w:val="22"/>
          <w:szCs w:val="22"/>
        </w:rPr>
        <w:t xml:space="preserve">Trans and Non-Binary Students’ Officer </w:t>
      </w:r>
    </w:p>
    <w:p w14:paraId="08A85EDF" w14:textId="77E1DDA2" w:rsidR="634AE9C6" w:rsidRDefault="634AE9C6" w:rsidP="62E5D067">
      <w:pPr>
        <w:pStyle w:val="ListParagraph"/>
        <w:numPr>
          <w:ilvl w:val="0"/>
          <w:numId w:val="5"/>
        </w:numPr>
        <w:rPr>
          <w:sz w:val="22"/>
          <w:szCs w:val="22"/>
        </w:rPr>
      </w:pPr>
      <w:r w:rsidRPr="62E5D067">
        <w:rPr>
          <w:sz w:val="22"/>
          <w:szCs w:val="22"/>
        </w:rPr>
        <w:t xml:space="preserve">Women’s Officer </w:t>
      </w:r>
    </w:p>
    <w:p w14:paraId="74102FAB" w14:textId="08C89624" w:rsidR="634AE9C6" w:rsidRDefault="634AE9C6" w:rsidP="62E5D067">
      <w:pPr>
        <w:pStyle w:val="ListParagraph"/>
        <w:numPr>
          <w:ilvl w:val="0"/>
          <w:numId w:val="5"/>
        </w:numPr>
        <w:rPr>
          <w:sz w:val="22"/>
          <w:szCs w:val="22"/>
        </w:rPr>
      </w:pPr>
      <w:r w:rsidRPr="62E5D067">
        <w:rPr>
          <w:sz w:val="22"/>
          <w:szCs w:val="22"/>
        </w:rPr>
        <w:t xml:space="preserve">Sustainability Officer </w:t>
      </w:r>
    </w:p>
    <w:p w14:paraId="55DEB00C" w14:textId="705D9673" w:rsidR="01F80653" w:rsidRDefault="01F80653" w:rsidP="62E5D067">
      <w:pPr>
        <w:ind w:left="3"/>
        <w:rPr>
          <w:sz w:val="22"/>
          <w:szCs w:val="22"/>
        </w:rPr>
      </w:pPr>
      <w:hyperlink r:id="rId39">
        <w:r w:rsidRPr="62E5D067">
          <w:rPr>
            <w:rStyle w:val="Hyperlink"/>
          </w:rPr>
          <w:t xml:space="preserve">Find your </w:t>
        </w:r>
        <w:r w:rsidR="634AE9C6" w:rsidRPr="62E5D067">
          <w:rPr>
            <w:rStyle w:val="Hyperlink"/>
          </w:rPr>
          <w:t>Guild Officers</w:t>
        </w:r>
      </w:hyperlink>
      <w:r w:rsidR="6B5F974C" w:rsidRPr="62E5D067">
        <w:rPr>
          <w:sz w:val="22"/>
          <w:szCs w:val="22"/>
        </w:rPr>
        <w:t>.</w:t>
      </w:r>
    </w:p>
    <w:p w14:paraId="78A46B72" w14:textId="43BD485F" w:rsidR="6B5F974C" w:rsidRDefault="6B5F974C" w:rsidP="62E5D067">
      <w:pPr>
        <w:ind w:left="3"/>
        <w:rPr>
          <w:sz w:val="22"/>
          <w:szCs w:val="22"/>
        </w:rPr>
      </w:pPr>
      <w:hyperlink r:id="rId40">
        <w:r w:rsidRPr="62E5D067">
          <w:rPr>
            <w:rStyle w:val="Hyperlink"/>
          </w:rPr>
          <w:t>Explore Guild a</w:t>
        </w:r>
        <w:r w:rsidR="634AE9C6" w:rsidRPr="62E5D067">
          <w:rPr>
            <w:rStyle w:val="Hyperlink"/>
          </w:rPr>
          <w:t>ssociations, groups and societies</w:t>
        </w:r>
      </w:hyperlink>
      <w:r w:rsidR="70434020" w:rsidRPr="62E5D067">
        <w:rPr>
          <w:sz w:val="22"/>
          <w:szCs w:val="22"/>
        </w:rPr>
        <w:t>.</w:t>
      </w:r>
    </w:p>
    <w:p w14:paraId="40822FD2" w14:textId="7EBCA61B" w:rsidR="634AE9C6" w:rsidRDefault="634AE9C6" w:rsidP="62E5D067">
      <w:pPr>
        <w:pStyle w:val="Heading2"/>
      </w:pPr>
      <w:bookmarkStart w:id="39" w:name="_Toc1409735666"/>
      <w:r w:rsidRPr="62E5D067">
        <w:lastRenderedPageBreak/>
        <w:t>Onsite support for student accommodation</w:t>
      </w:r>
      <w:bookmarkEnd w:id="39"/>
      <w:r w:rsidRPr="62E5D067">
        <w:t xml:space="preserve"> </w:t>
      </w:r>
    </w:p>
    <w:p w14:paraId="7F9ECDBF" w14:textId="02A7642B" w:rsidR="634AE9C6" w:rsidRDefault="634AE9C6" w:rsidP="62E5D067">
      <w:pPr>
        <w:ind w:left="3"/>
      </w:pPr>
      <w:r w:rsidRPr="62E5D067">
        <w:rPr>
          <w:sz w:val="22"/>
          <w:szCs w:val="22"/>
        </w:rPr>
        <w:t xml:space="preserve">Each University-owned accommodation village has dedicated Customer Service Managers, who ensure you have the best possible experience while living in student accommodation. </w:t>
      </w:r>
    </w:p>
    <w:p w14:paraId="2FBF21DE" w14:textId="24AADCB7" w:rsidR="634AE9C6" w:rsidRDefault="634AE9C6" w:rsidP="62E5D067">
      <w:pPr>
        <w:ind w:left="3"/>
      </w:pPr>
      <w:r w:rsidRPr="62E5D067">
        <w:rPr>
          <w:sz w:val="22"/>
          <w:szCs w:val="22"/>
        </w:rPr>
        <w:t xml:space="preserve">Each partner accommodation site has its own bespoke support package. Chat with your site reception about any accommodation issues you encounter, no matter how big or small. </w:t>
      </w:r>
    </w:p>
    <w:p w14:paraId="554242C4" w14:textId="21CB253D" w:rsidR="634AE9C6" w:rsidRDefault="634AE9C6" w:rsidP="62E5D067">
      <w:pPr>
        <w:pStyle w:val="Heading2"/>
      </w:pPr>
      <w:bookmarkStart w:id="40" w:name="_Toc945459101"/>
      <w:r w:rsidRPr="62E5D067">
        <w:t>Student Living (</w:t>
      </w:r>
      <w:proofErr w:type="gramStart"/>
      <w:r w:rsidRPr="62E5D067">
        <w:t>off-campus</w:t>
      </w:r>
      <w:proofErr w:type="gramEnd"/>
      <w:r w:rsidRPr="62E5D067">
        <w:t>)</w:t>
      </w:r>
      <w:bookmarkEnd w:id="40"/>
      <w:r w:rsidRPr="62E5D067">
        <w:t xml:space="preserve"> </w:t>
      </w:r>
    </w:p>
    <w:p w14:paraId="6AAF0E39" w14:textId="076385E1" w:rsidR="634AE9C6" w:rsidRDefault="634AE9C6" w:rsidP="62E5D067">
      <w:pPr>
        <w:ind w:left="3"/>
      </w:pPr>
      <w:r w:rsidRPr="62E5D067">
        <w:rPr>
          <w:sz w:val="22"/>
          <w:szCs w:val="22"/>
        </w:rPr>
        <w:t xml:space="preserve">Student Living supports everyone who lives, works, and studies in the local area. </w:t>
      </w:r>
    </w:p>
    <w:p w14:paraId="316DBBC6" w14:textId="1BBCC328" w:rsidR="634AE9C6" w:rsidRDefault="634AE9C6" w:rsidP="62E5D067">
      <w:pPr>
        <w:ind w:left="3"/>
      </w:pPr>
      <w:r w:rsidRPr="62E5D067">
        <w:rPr>
          <w:sz w:val="22"/>
          <w:szCs w:val="22"/>
        </w:rPr>
        <w:t xml:space="preserve">You can benefit from: </w:t>
      </w:r>
    </w:p>
    <w:p w14:paraId="3A7B9AE5" w14:textId="0E14A928" w:rsidR="634AE9C6" w:rsidRDefault="634AE9C6" w:rsidP="62E5D067">
      <w:pPr>
        <w:pStyle w:val="ListParagraph"/>
        <w:numPr>
          <w:ilvl w:val="0"/>
          <w:numId w:val="4"/>
        </w:numPr>
        <w:rPr>
          <w:sz w:val="22"/>
          <w:szCs w:val="22"/>
        </w:rPr>
      </w:pPr>
      <w:r w:rsidRPr="62E5D067">
        <w:rPr>
          <w:sz w:val="22"/>
          <w:szCs w:val="22"/>
        </w:rPr>
        <w:t xml:space="preserve">house-hunting advice and support; </w:t>
      </w:r>
    </w:p>
    <w:p w14:paraId="5E1779C6" w14:textId="405F245D" w:rsidR="634AE9C6" w:rsidRDefault="634AE9C6" w:rsidP="62E5D067">
      <w:pPr>
        <w:pStyle w:val="ListParagraph"/>
        <w:numPr>
          <w:ilvl w:val="0"/>
          <w:numId w:val="4"/>
        </w:numPr>
        <w:rPr>
          <w:sz w:val="22"/>
          <w:szCs w:val="22"/>
        </w:rPr>
      </w:pPr>
      <w:r w:rsidRPr="62E5D067">
        <w:rPr>
          <w:sz w:val="22"/>
          <w:szCs w:val="22"/>
        </w:rPr>
        <w:t xml:space="preserve">Housr to search private rented housing that’s verified and UoB approved; </w:t>
      </w:r>
    </w:p>
    <w:p w14:paraId="7196AA8F" w14:textId="047A3681" w:rsidR="634AE9C6" w:rsidRDefault="634AE9C6" w:rsidP="62E5D067">
      <w:pPr>
        <w:pStyle w:val="ListParagraph"/>
        <w:numPr>
          <w:ilvl w:val="0"/>
          <w:numId w:val="4"/>
        </w:numPr>
        <w:rPr>
          <w:sz w:val="22"/>
          <w:szCs w:val="22"/>
        </w:rPr>
      </w:pPr>
      <w:r w:rsidRPr="62E5D067">
        <w:rPr>
          <w:sz w:val="22"/>
          <w:szCs w:val="22"/>
        </w:rPr>
        <w:t xml:space="preserve">free contract checks all year round; </w:t>
      </w:r>
    </w:p>
    <w:p w14:paraId="709FFF40" w14:textId="17F691EC" w:rsidR="634AE9C6" w:rsidRDefault="634AE9C6" w:rsidP="62E5D067">
      <w:pPr>
        <w:pStyle w:val="ListParagraph"/>
        <w:numPr>
          <w:ilvl w:val="0"/>
          <w:numId w:val="4"/>
        </w:numPr>
        <w:rPr>
          <w:sz w:val="22"/>
          <w:szCs w:val="22"/>
        </w:rPr>
      </w:pPr>
      <w:r w:rsidRPr="62E5D067">
        <w:rPr>
          <w:sz w:val="22"/>
          <w:szCs w:val="22"/>
        </w:rPr>
        <w:t xml:space="preserve">shared living agreement workshops; </w:t>
      </w:r>
    </w:p>
    <w:p w14:paraId="026A5F5C" w14:textId="6437F2E6" w:rsidR="634AE9C6" w:rsidRDefault="634AE9C6" w:rsidP="62E5D067">
      <w:pPr>
        <w:pStyle w:val="ListParagraph"/>
        <w:numPr>
          <w:ilvl w:val="0"/>
          <w:numId w:val="4"/>
        </w:numPr>
        <w:rPr>
          <w:sz w:val="22"/>
          <w:szCs w:val="22"/>
        </w:rPr>
      </w:pPr>
      <w:r w:rsidRPr="62E5D067">
        <w:rPr>
          <w:sz w:val="22"/>
          <w:szCs w:val="22"/>
        </w:rPr>
        <w:t xml:space="preserve">information about living well in the community, and much more. </w:t>
      </w:r>
    </w:p>
    <w:p w14:paraId="66D4AC51" w14:textId="29B8BFC0" w:rsidR="634AE9C6" w:rsidRDefault="634AE9C6" w:rsidP="62E5D067">
      <w:pPr>
        <w:ind w:left="3"/>
      </w:pPr>
      <w:r w:rsidRPr="62E5D067">
        <w:rPr>
          <w:sz w:val="22"/>
          <w:szCs w:val="22"/>
        </w:rPr>
        <w:t xml:space="preserve">Find the Student Living Team in the Student Living Hub, University Centre, open Monday to Friday (10:00–16:00). </w:t>
      </w:r>
    </w:p>
    <w:p w14:paraId="4C03EB46" w14:textId="70E856B1" w:rsidR="634AE9C6" w:rsidRDefault="634AE9C6" w:rsidP="62E5D067">
      <w:pPr>
        <w:ind w:left="3"/>
        <w:rPr>
          <w:sz w:val="22"/>
          <w:szCs w:val="22"/>
        </w:rPr>
      </w:pPr>
      <w:hyperlink r:id="rId41">
        <w:r w:rsidRPr="62E5D067">
          <w:rPr>
            <w:rStyle w:val="Hyperlink"/>
          </w:rPr>
          <w:t>Contact the Student Living Helpdesk</w:t>
        </w:r>
      </w:hyperlink>
      <w:r w:rsidR="59620301" w:rsidRPr="62E5D067">
        <w:rPr>
          <w:sz w:val="22"/>
          <w:szCs w:val="22"/>
        </w:rPr>
        <w:t>.</w:t>
      </w:r>
    </w:p>
    <w:p w14:paraId="3340BAE9" w14:textId="468F0AF0" w:rsidR="634AE9C6" w:rsidRDefault="634AE9C6" w:rsidP="62E5D067">
      <w:pPr>
        <w:pStyle w:val="Heading2"/>
      </w:pPr>
      <w:bookmarkStart w:id="41" w:name="_Toc1419587209"/>
      <w:r w:rsidRPr="62E5D067">
        <w:t>Community engagement</w:t>
      </w:r>
      <w:bookmarkEnd w:id="41"/>
      <w:r w:rsidRPr="62E5D067">
        <w:t xml:space="preserve"> </w:t>
      </w:r>
    </w:p>
    <w:p w14:paraId="40B661C0" w14:textId="0A13978D" w:rsidR="634AE9C6" w:rsidRDefault="634AE9C6" w:rsidP="62E5D067">
      <w:pPr>
        <w:ind w:left="3"/>
      </w:pPr>
      <w:r w:rsidRPr="62E5D067">
        <w:rPr>
          <w:sz w:val="22"/>
          <w:szCs w:val="22"/>
        </w:rPr>
        <w:t xml:space="preserve">The Guild’s student Community Ambassadors deliver initiatives dedicated to community cohesion and making things safer, cleaner and greener for all. Look out for events and volunteering projects throughout the year. </w:t>
      </w:r>
    </w:p>
    <w:p w14:paraId="000541A6" w14:textId="33EEA401" w:rsidR="634AE9C6" w:rsidRDefault="634AE9C6" w:rsidP="62E5D067">
      <w:pPr>
        <w:ind w:left="3"/>
      </w:pPr>
      <w:r w:rsidRPr="62E5D067">
        <w:rPr>
          <w:sz w:val="22"/>
          <w:szCs w:val="22"/>
        </w:rPr>
        <w:t xml:space="preserve">If you face problems with your landlord, a neighbour, or fellow student, or just need advice on how to dispose of unwanted items or keep your home secure, the Ambassadors can help. </w:t>
      </w:r>
    </w:p>
    <w:p w14:paraId="4ADE64AF" w14:textId="4C5757AA" w:rsidR="7F20C54D" w:rsidRDefault="7F20C54D" w:rsidP="62E5D067">
      <w:pPr>
        <w:pStyle w:val="Heading2"/>
      </w:pPr>
      <w:bookmarkStart w:id="42" w:name="_Toc600789507"/>
      <w:r w:rsidRPr="62E5D067">
        <w:t>Student Equality, Diversity and Inclusion (EDI)</w:t>
      </w:r>
      <w:bookmarkEnd w:id="42"/>
      <w:r w:rsidRPr="62E5D067">
        <w:t xml:space="preserve"> </w:t>
      </w:r>
    </w:p>
    <w:p w14:paraId="4A1D087D" w14:textId="4D1EFEA0" w:rsidR="7F20C54D" w:rsidRDefault="7F20C54D" w:rsidP="62E5D067">
      <w:pPr>
        <w:ind w:left="3"/>
      </w:pPr>
      <w:r w:rsidRPr="62E5D067">
        <w:rPr>
          <w:sz w:val="22"/>
          <w:szCs w:val="22"/>
        </w:rPr>
        <w:t xml:space="preserve">We’re here to help make the University a place where every student feels they belong. Our Student EDI Team, alongside EDI Student Ambassadors, works to break down barriers, celebrate diversity, and promote an inclusive campus experience for everyone. </w:t>
      </w:r>
    </w:p>
    <w:p w14:paraId="46010287" w14:textId="080F2BE4" w:rsidR="7F20C54D" w:rsidRDefault="7F20C54D" w:rsidP="62E5D067">
      <w:pPr>
        <w:ind w:left="3"/>
      </w:pPr>
      <w:r w:rsidRPr="62E5D067">
        <w:rPr>
          <w:sz w:val="22"/>
          <w:szCs w:val="22"/>
        </w:rPr>
        <w:t xml:space="preserve">We support key events such as Birmingham Pride, Black History Month, Disability History Month, and International Women’s Day, and we offer bespoke training to raise awareness and support across a wide range of EDI topics. Whether you’re looking for support, inspiration, or ways to get involved – we’re here for you. </w:t>
      </w:r>
    </w:p>
    <w:p w14:paraId="54552BE3" w14:textId="33C3AF0B" w:rsidR="7F20C54D" w:rsidRDefault="7F20C54D" w:rsidP="62E5D067">
      <w:pPr>
        <w:ind w:left="3"/>
        <w:rPr>
          <w:sz w:val="22"/>
          <w:szCs w:val="22"/>
        </w:rPr>
      </w:pPr>
      <w:hyperlink r:id="rId42">
        <w:r w:rsidRPr="62E5D067">
          <w:rPr>
            <w:rStyle w:val="Hyperlink"/>
          </w:rPr>
          <w:t xml:space="preserve">Follow </w:t>
        </w:r>
        <w:r w:rsidR="1A1C948A" w:rsidRPr="62E5D067">
          <w:rPr>
            <w:rStyle w:val="Hyperlink"/>
          </w:rPr>
          <w:t xml:space="preserve">Student EDI </w:t>
        </w:r>
        <w:r w:rsidRPr="62E5D067">
          <w:rPr>
            <w:rStyle w:val="Hyperlink"/>
          </w:rPr>
          <w:t>on Instagram @UoBStudentEDI</w:t>
        </w:r>
      </w:hyperlink>
      <w:r w:rsidR="484FC1EA" w:rsidRPr="62E5D067">
        <w:rPr>
          <w:sz w:val="22"/>
          <w:szCs w:val="22"/>
        </w:rPr>
        <w:t>.</w:t>
      </w:r>
      <w:r w:rsidRPr="62E5D067">
        <w:rPr>
          <w:sz w:val="22"/>
          <w:szCs w:val="22"/>
        </w:rPr>
        <w:t xml:space="preserve"> </w:t>
      </w:r>
    </w:p>
    <w:p w14:paraId="56B5C5FE" w14:textId="790DFB3C" w:rsidR="7F20C54D" w:rsidRDefault="7F20C54D" w:rsidP="62E5D067">
      <w:pPr>
        <w:ind w:left="3"/>
        <w:rPr>
          <w:sz w:val="22"/>
          <w:szCs w:val="22"/>
        </w:rPr>
      </w:pPr>
      <w:hyperlink r:id="rId43">
        <w:r w:rsidRPr="62E5D067">
          <w:rPr>
            <w:rStyle w:val="Hyperlink"/>
          </w:rPr>
          <w:t>F</w:t>
        </w:r>
        <w:r w:rsidR="26CAAB45" w:rsidRPr="62E5D067">
          <w:rPr>
            <w:rStyle w:val="Hyperlink"/>
          </w:rPr>
          <w:t>ind more information on Student EDI</w:t>
        </w:r>
      </w:hyperlink>
      <w:r w:rsidR="26CAAB45" w:rsidRPr="62E5D067">
        <w:rPr>
          <w:sz w:val="22"/>
          <w:szCs w:val="22"/>
        </w:rPr>
        <w:t>.</w:t>
      </w:r>
    </w:p>
    <w:p w14:paraId="09E81D19" w14:textId="52978508" w:rsidR="7F20C54D" w:rsidRDefault="7F20C54D" w:rsidP="62E5D067">
      <w:pPr>
        <w:pStyle w:val="Heading2"/>
      </w:pPr>
      <w:bookmarkStart w:id="43" w:name="_Toc281859803"/>
      <w:r w:rsidRPr="62E5D067">
        <w:lastRenderedPageBreak/>
        <w:t>Multifaith Chaplaincy</w:t>
      </w:r>
      <w:bookmarkEnd w:id="43"/>
      <w:r w:rsidRPr="62E5D067">
        <w:t xml:space="preserve"> </w:t>
      </w:r>
    </w:p>
    <w:p w14:paraId="547CB8C2" w14:textId="74C32BE2" w:rsidR="7F20C54D" w:rsidRDefault="7F20C54D" w:rsidP="62E5D067">
      <w:pPr>
        <w:ind w:left="3"/>
      </w:pPr>
      <w:r w:rsidRPr="62E5D067">
        <w:rPr>
          <w:sz w:val="22"/>
          <w:szCs w:val="22"/>
        </w:rPr>
        <w:t xml:space="preserve">Located in St Francis Hall by the Guild, our team of chaplains from diverse faith traditions offers support, guidance, and a welcoming space to all students — of all faiths, and none. </w:t>
      </w:r>
    </w:p>
    <w:p w14:paraId="5F676AD2" w14:textId="44580B4F" w:rsidR="7F20C54D" w:rsidRDefault="7F20C54D" w:rsidP="62E5D067">
      <w:pPr>
        <w:ind w:left="3"/>
      </w:pPr>
      <w:r w:rsidRPr="62E5D067">
        <w:rPr>
          <w:sz w:val="22"/>
          <w:szCs w:val="22"/>
        </w:rPr>
        <w:t xml:space="preserve">Drop in to pray, meditate, reflect, play piano, or recharge with a cup of tea. We have dedicated spaces for ablution, religious ceremonies, and quiet reflection. </w:t>
      </w:r>
    </w:p>
    <w:p w14:paraId="2E91E2B6" w14:textId="7AA362B6" w:rsidR="7F20C54D" w:rsidRDefault="7F20C54D" w:rsidP="62E5D067">
      <w:pPr>
        <w:ind w:left="3"/>
      </w:pPr>
      <w:r w:rsidRPr="62E5D067">
        <w:rPr>
          <w:sz w:val="22"/>
          <w:szCs w:val="22"/>
        </w:rPr>
        <w:t xml:space="preserve">We also host interfaith events and work with student-led faith societies to promote connection and community across campus. </w:t>
      </w:r>
    </w:p>
    <w:p w14:paraId="06249FC4" w14:textId="5E2EAC72" w:rsidR="7F20C54D" w:rsidRDefault="7F20C54D" w:rsidP="62E5D067">
      <w:pPr>
        <w:ind w:left="3"/>
      </w:pPr>
      <w:hyperlink r:id="rId44">
        <w:r w:rsidRPr="62E5D067">
          <w:rPr>
            <w:rStyle w:val="Hyperlink"/>
          </w:rPr>
          <w:t xml:space="preserve">Visit the </w:t>
        </w:r>
        <w:r w:rsidR="5C892F14" w:rsidRPr="62E5D067">
          <w:rPr>
            <w:rStyle w:val="Hyperlink"/>
          </w:rPr>
          <w:t xml:space="preserve">Multifaith Chaplaincy </w:t>
        </w:r>
        <w:r w:rsidRPr="62E5D067">
          <w:rPr>
            <w:rStyle w:val="Hyperlink"/>
          </w:rPr>
          <w:t>website</w:t>
        </w:r>
      </w:hyperlink>
      <w:r w:rsidR="459EEFAD" w:rsidRPr="62E5D067">
        <w:rPr>
          <w:sz w:val="22"/>
          <w:szCs w:val="22"/>
        </w:rPr>
        <w:t>.</w:t>
      </w:r>
    </w:p>
    <w:p w14:paraId="6107D153" w14:textId="688CE7D1" w:rsidR="7F20C54D" w:rsidRDefault="7F20C54D" w:rsidP="62E5D067">
      <w:pPr>
        <w:ind w:left="3"/>
      </w:pPr>
      <w:hyperlink r:id="rId45">
        <w:r w:rsidRPr="62E5D067">
          <w:rPr>
            <w:rStyle w:val="Hyperlink"/>
          </w:rPr>
          <w:t>Find campus faith spaces</w:t>
        </w:r>
      </w:hyperlink>
      <w:r w:rsidR="247B3505" w:rsidRPr="62E5D067">
        <w:rPr>
          <w:sz w:val="22"/>
          <w:szCs w:val="22"/>
        </w:rPr>
        <w:t>.</w:t>
      </w:r>
      <w:r w:rsidRPr="62E5D067">
        <w:rPr>
          <w:sz w:val="22"/>
          <w:szCs w:val="22"/>
        </w:rPr>
        <w:t xml:space="preserve"> </w:t>
      </w:r>
    </w:p>
    <w:p w14:paraId="704BAE04" w14:textId="64CF7541" w:rsidR="7F20C54D" w:rsidRDefault="7F20C54D" w:rsidP="62E5D067">
      <w:pPr>
        <w:pStyle w:val="Heading2"/>
      </w:pPr>
      <w:bookmarkStart w:id="44" w:name="_Toc200833651"/>
      <w:r w:rsidRPr="62E5D067">
        <w:t>Birmingham Scholar</w:t>
      </w:r>
      <w:bookmarkEnd w:id="44"/>
      <w:r w:rsidRPr="62E5D067">
        <w:t xml:space="preserve"> </w:t>
      </w:r>
    </w:p>
    <w:p w14:paraId="663B732D" w14:textId="215276B0" w:rsidR="7F20C54D" w:rsidRDefault="7F20C54D" w:rsidP="62E5D067">
      <w:pPr>
        <w:ind w:left="3"/>
      </w:pPr>
      <w:r w:rsidRPr="62E5D067">
        <w:rPr>
          <w:sz w:val="22"/>
          <w:szCs w:val="22"/>
        </w:rPr>
        <w:t xml:space="preserve">Tailored support and exclusive opportunities for students from widening participation backgrounds — helping you settle in, succeed in your studies, and prepare for life after university. </w:t>
      </w:r>
    </w:p>
    <w:p w14:paraId="17328329" w14:textId="45DD1839" w:rsidR="7F20C54D" w:rsidRDefault="7F20C54D" w:rsidP="62E5D067">
      <w:pPr>
        <w:ind w:left="3"/>
      </w:pPr>
      <w:r w:rsidRPr="62E5D067">
        <w:rPr>
          <w:sz w:val="22"/>
          <w:szCs w:val="22"/>
        </w:rPr>
        <w:t xml:space="preserve">From mentoring and career development to funded overseas opportunities, this programme empowers thousands each year to succeed and make the most of student life. </w:t>
      </w:r>
    </w:p>
    <w:p w14:paraId="0139CEC3" w14:textId="2D5ABE25" w:rsidR="6252DBC7" w:rsidRDefault="6252DBC7" w:rsidP="62E5D067">
      <w:pPr>
        <w:ind w:left="3"/>
      </w:pPr>
      <w:hyperlink r:id="rId46">
        <w:r w:rsidRPr="62E5D067">
          <w:rPr>
            <w:rStyle w:val="Hyperlink"/>
          </w:rPr>
          <w:t>Learn more about Birmingham Scholars</w:t>
        </w:r>
      </w:hyperlink>
      <w:r w:rsidRPr="62E5D067">
        <w:rPr>
          <w:sz w:val="22"/>
          <w:szCs w:val="22"/>
        </w:rPr>
        <w:t>.</w:t>
      </w:r>
    </w:p>
    <w:p w14:paraId="339CE94B" w14:textId="432F1734" w:rsidR="6DB4C997" w:rsidRDefault="6DB4C997" w:rsidP="62E5D067">
      <w:pPr>
        <w:pStyle w:val="Heading2"/>
      </w:pPr>
      <w:bookmarkStart w:id="45" w:name="_Toc2058149324"/>
      <w:r w:rsidRPr="62E5D067">
        <w:t>International student support</w:t>
      </w:r>
      <w:bookmarkEnd w:id="45"/>
    </w:p>
    <w:p w14:paraId="685F75A6" w14:textId="6A437FE5" w:rsidR="6DB4C997" w:rsidRDefault="6DB4C997" w:rsidP="62E5D067">
      <w:r w:rsidRPr="62E5D067">
        <w:rPr>
          <w:sz w:val="22"/>
          <w:szCs w:val="22"/>
        </w:rPr>
        <w:t xml:space="preserve">The International Student Team (IST) offers support and advice with Student visas and immigration. They can support you with a range of queries relating to your study in the UK as an international student. </w:t>
      </w:r>
    </w:p>
    <w:p w14:paraId="06A158A3" w14:textId="2080CE93" w:rsidR="6DB4C997" w:rsidRDefault="6DB4C997" w:rsidP="62E5D067">
      <w:r w:rsidRPr="62E5D067">
        <w:rPr>
          <w:sz w:val="22"/>
          <w:szCs w:val="22"/>
        </w:rPr>
        <w:t xml:space="preserve">Their services include: </w:t>
      </w:r>
    </w:p>
    <w:p w14:paraId="35184D60" w14:textId="2F1379C4" w:rsidR="6DB4C997" w:rsidRDefault="6DB4C997" w:rsidP="62E5D067">
      <w:pPr>
        <w:pStyle w:val="ListParagraph"/>
        <w:numPr>
          <w:ilvl w:val="0"/>
          <w:numId w:val="3"/>
        </w:numPr>
        <w:rPr>
          <w:sz w:val="22"/>
          <w:szCs w:val="22"/>
        </w:rPr>
      </w:pPr>
      <w:r w:rsidRPr="62E5D067">
        <w:rPr>
          <w:sz w:val="22"/>
          <w:szCs w:val="22"/>
        </w:rPr>
        <w:t xml:space="preserve">Online or face-to-face appointments for various student immigration topics such as extending your </w:t>
      </w:r>
      <w:proofErr w:type="gramStart"/>
      <w:r w:rsidRPr="62E5D067">
        <w:rPr>
          <w:sz w:val="22"/>
          <w:szCs w:val="22"/>
        </w:rPr>
        <w:t>Student</w:t>
      </w:r>
      <w:proofErr w:type="gramEnd"/>
      <w:r w:rsidRPr="62E5D067">
        <w:rPr>
          <w:sz w:val="22"/>
          <w:szCs w:val="22"/>
        </w:rPr>
        <w:t xml:space="preserve"> visa, taking a leave of absence, correcting visa errors or support with lost documents. </w:t>
      </w:r>
    </w:p>
    <w:p w14:paraId="712A1050" w14:textId="365C446E" w:rsidR="6DB4C997" w:rsidRDefault="6DB4C997" w:rsidP="62E5D067">
      <w:pPr>
        <w:pStyle w:val="ListParagraph"/>
        <w:numPr>
          <w:ilvl w:val="0"/>
          <w:numId w:val="3"/>
        </w:numPr>
        <w:rPr>
          <w:sz w:val="22"/>
          <w:szCs w:val="22"/>
        </w:rPr>
      </w:pPr>
      <w:r w:rsidRPr="62E5D067">
        <w:rPr>
          <w:sz w:val="22"/>
          <w:szCs w:val="22"/>
        </w:rPr>
        <w:t xml:space="preserve">Workshops on a range of topics including how to extend your </w:t>
      </w:r>
      <w:proofErr w:type="gramStart"/>
      <w:r w:rsidRPr="62E5D067">
        <w:rPr>
          <w:sz w:val="22"/>
          <w:szCs w:val="22"/>
        </w:rPr>
        <w:t>Student</w:t>
      </w:r>
      <w:proofErr w:type="gramEnd"/>
      <w:r w:rsidRPr="62E5D067">
        <w:rPr>
          <w:sz w:val="22"/>
          <w:szCs w:val="22"/>
        </w:rPr>
        <w:t xml:space="preserve"> visa, the Graduate Route visa and Pre Sessional advice. </w:t>
      </w:r>
    </w:p>
    <w:p w14:paraId="2C9C84B6" w14:textId="7E51D511" w:rsidR="6DB4C997" w:rsidRDefault="6DB4C997" w:rsidP="62E5D067">
      <w:pPr>
        <w:pStyle w:val="ListParagraph"/>
        <w:numPr>
          <w:ilvl w:val="0"/>
          <w:numId w:val="3"/>
        </w:numPr>
        <w:rPr>
          <w:sz w:val="22"/>
          <w:szCs w:val="22"/>
        </w:rPr>
      </w:pPr>
      <w:r w:rsidRPr="62E5D067">
        <w:rPr>
          <w:sz w:val="22"/>
          <w:szCs w:val="22"/>
        </w:rPr>
        <w:t xml:space="preserve">Support with the Right to Study check. </w:t>
      </w:r>
    </w:p>
    <w:p w14:paraId="74C91323" w14:textId="4B2F6746" w:rsidR="6DB4C997" w:rsidRDefault="6DB4C997" w:rsidP="62E5D067">
      <w:pPr>
        <w:ind w:left="3"/>
        <w:rPr>
          <w:sz w:val="22"/>
          <w:szCs w:val="22"/>
        </w:rPr>
      </w:pPr>
      <w:r w:rsidRPr="62E5D067">
        <w:rPr>
          <w:sz w:val="22"/>
          <w:szCs w:val="22"/>
        </w:rPr>
        <w:t xml:space="preserve">You can find the International Student Team at the Aston Webb Student Hub (check page 2 for the opening hours). </w:t>
      </w:r>
    </w:p>
    <w:p w14:paraId="003E23C1" w14:textId="389B2E5F" w:rsidR="50C48301" w:rsidRDefault="50C48301" w:rsidP="62E5D067">
      <w:pPr>
        <w:ind w:left="3"/>
        <w:rPr>
          <w:sz w:val="22"/>
          <w:szCs w:val="22"/>
        </w:rPr>
      </w:pPr>
      <w:hyperlink r:id="rId47">
        <w:r w:rsidRPr="62E5D067">
          <w:rPr>
            <w:rStyle w:val="Hyperlink"/>
          </w:rPr>
          <w:t>Explore International Student Support</w:t>
        </w:r>
      </w:hyperlink>
      <w:r w:rsidRPr="62E5D067">
        <w:rPr>
          <w:sz w:val="22"/>
          <w:szCs w:val="22"/>
        </w:rPr>
        <w:t>.</w:t>
      </w:r>
    </w:p>
    <w:p w14:paraId="40771FAB" w14:textId="53170853" w:rsidR="6DB4C997" w:rsidRDefault="6DB4C997" w:rsidP="62E5D067">
      <w:pPr>
        <w:pStyle w:val="Heading2"/>
      </w:pPr>
      <w:bookmarkStart w:id="46" w:name="_Toc635678889"/>
      <w:r w:rsidRPr="62E5D067">
        <w:lastRenderedPageBreak/>
        <w:t>Birmingham International Academy</w:t>
      </w:r>
      <w:bookmarkEnd w:id="46"/>
      <w:r w:rsidRPr="62E5D067">
        <w:t xml:space="preserve"> </w:t>
      </w:r>
    </w:p>
    <w:p w14:paraId="1ABFFAFC" w14:textId="30600232" w:rsidR="6DB4C997" w:rsidRDefault="6DB4C997" w:rsidP="62E5D067">
      <w:pPr>
        <w:ind w:left="3"/>
      </w:pPr>
      <w:r w:rsidRPr="62E5D067">
        <w:rPr>
          <w:sz w:val="22"/>
          <w:szCs w:val="22"/>
        </w:rPr>
        <w:t xml:space="preserve">The Birmingham International Academy (BIA) provides Academic English and Skills support for international students whose first language isn’t English. Once enrolled at the University of Birmingham, undergraduate and postgraduate students can access a range of Academic English workshops, short courses, resources and personal meetings throughout the year. </w:t>
      </w:r>
    </w:p>
    <w:p w14:paraId="02358AAA" w14:textId="4CC13F93" w:rsidR="6DB4C997" w:rsidRDefault="6DB4C997" w:rsidP="62E5D067">
      <w:pPr>
        <w:ind w:left="3"/>
      </w:pPr>
      <w:r w:rsidRPr="62E5D067">
        <w:rPr>
          <w:sz w:val="22"/>
          <w:szCs w:val="22"/>
        </w:rPr>
        <w:t xml:space="preserve">Through the Academic English programme, students can develop a wide range of academic English and study skills, including one-to-one language support, focused improvement in specific areas of English, speaking and communication skills, exam preparation, dissertation and thesis writing, postgraduate research writing, reading strategies, referencing, synthesis, and the responsible use of AI in academic work. Support is available through workshops, short courses, resources, personal meetings, and programme-specific modules. </w:t>
      </w:r>
    </w:p>
    <w:p w14:paraId="49DFC43B" w14:textId="59858948" w:rsidR="6DB4C997" w:rsidRDefault="6DB4C997" w:rsidP="62E5D067">
      <w:pPr>
        <w:ind w:left="3"/>
      </w:pPr>
      <w:r w:rsidRPr="62E5D067">
        <w:rPr>
          <w:sz w:val="22"/>
          <w:szCs w:val="22"/>
        </w:rPr>
        <w:t xml:space="preserve">On-campus and in-person services include: </w:t>
      </w:r>
    </w:p>
    <w:p w14:paraId="56A736CC" w14:textId="3C90A6D5" w:rsidR="6DB4C997" w:rsidRDefault="6DB4C997" w:rsidP="62E5D067">
      <w:pPr>
        <w:pStyle w:val="ListParagraph"/>
        <w:numPr>
          <w:ilvl w:val="0"/>
          <w:numId w:val="2"/>
        </w:numPr>
        <w:rPr>
          <w:sz w:val="22"/>
          <w:szCs w:val="22"/>
        </w:rPr>
      </w:pPr>
      <w:r w:rsidRPr="62E5D067">
        <w:rPr>
          <w:sz w:val="22"/>
          <w:szCs w:val="22"/>
        </w:rPr>
        <w:t xml:space="preserve">1-1 English with a tutor: Discuss any topic confidentially for 30 minutes </w:t>
      </w:r>
    </w:p>
    <w:p w14:paraId="013AC5C7" w14:textId="554A10E8" w:rsidR="6DB4C997" w:rsidRDefault="6DB4C997" w:rsidP="62E5D067">
      <w:pPr>
        <w:pStyle w:val="ListParagraph"/>
        <w:numPr>
          <w:ilvl w:val="0"/>
          <w:numId w:val="2"/>
        </w:numPr>
        <w:rPr>
          <w:sz w:val="22"/>
          <w:szCs w:val="22"/>
        </w:rPr>
      </w:pPr>
      <w:r w:rsidRPr="62E5D067">
        <w:rPr>
          <w:sz w:val="22"/>
          <w:szCs w:val="22"/>
        </w:rPr>
        <w:t xml:space="preserve">Express English: Improve one area of language fast </w:t>
      </w:r>
    </w:p>
    <w:p w14:paraId="0CAC928C" w14:textId="54433B9B" w:rsidR="6DB4C997" w:rsidRDefault="6DB4C997" w:rsidP="62E5D067">
      <w:pPr>
        <w:pStyle w:val="ListParagraph"/>
        <w:numPr>
          <w:ilvl w:val="0"/>
          <w:numId w:val="2"/>
        </w:numPr>
        <w:rPr>
          <w:sz w:val="22"/>
          <w:szCs w:val="22"/>
        </w:rPr>
      </w:pPr>
      <w:r w:rsidRPr="62E5D067">
        <w:rPr>
          <w:sz w:val="22"/>
          <w:szCs w:val="22"/>
        </w:rPr>
        <w:t xml:space="preserve">Lunchtime English: Choose from a range of topics – no booking needed n Workshop English: Focus on speaking skills </w:t>
      </w:r>
    </w:p>
    <w:p w14:paraId="5C6CF032" w14:textId="6B511A09" w:rsidR="6DB4C997" w:rsidRDefault="6DB4C997" w:rsidP="62E5D067">
      <w:pPr>
        <w:pStyle w:val="ListParagraph"/>
        <w:numPr>
          <w:ilvl w:val="0"/>
          <w:numId w:val="2"/>
        </w:numPr>
        <w:rPr>
          <w:sz w:val="22"/>
          <w:szCs w:val="22"/>
        </w:rPr>
      </w:pPr>
      <w:r w:rsidRPr="62E5D067">
        <w:rPr>
          <w:sz w:val="22"/>
          <w:szCs w:val="22"/>
        </w:rPr>
        <w:t xml:space="preserve">Programme specific modules: Explore modules designed for you </w:t>
      </w:r>
    </w:p>
    <w:p w14:paraId="67C283E0" w14:textId="3DCC5FF5" w:rsidR="6DB4C997" w:rsidRDefault="6DB4C997" w:rsidP="62E5D067">
      <w:pPr>
        <w:pStyle w:val="ListParagraph"/>
        <w:numPr>
          <w:ilvl w:val="0"/>
          <w:numId w:val="2"/>
        </w:numPr>
        <w:rPr>
          <w:sz w:val="22"/>
          <w:szCs w:val="22"/>
        </w:rPr>
      </w:pPr>
      <w:r w:rsidRPr="62E5D067">
        <w:rPr>
          <w:sz w:val="22"/>
          <w:szCs w:val="22"/>
        </w:rPr>
        <w:t xml:space="preserve">Exam Skills: Prepare for exam week </w:t>
      </w:r>
    </w:p>
    <w:p w14:paraId="4BD2249D" w14:textId="513486FB" w:rsidR="6DB4C997" w:rsidRDefault="6DB4C997" w:rsidP="62E5D067">
      <w:pPr>
        <w:pStyle w:val="ListParagraph"/>
        <w:numPr>
          <w:ilvl w:val="0"/>
          <w:numId w:val="2"/>
        </w:numPr>
        <w:rPr>
          <w:sz w:val="22"/>
          <w:szCs w:val="22"/>
        </w:rPr>
      </w:pPr>
      <w:r w:rsidRPr="62E5D067">
        <w:rPr>
          <w:sz w:val="22"/>
          <w:szCs w:val="22"/>
        </w:rPr>
        <w:t xml:space="preserve">Thesis and Dissertation Writing: Prepare for and write your paper </w:t>
      </w:r>
    </w:p>
    <w:p w14:paraId="1F17A875" w14:textId="461E4346" w:rsidR="6DB4C997" w:rsidRDefault="6DB4C997" w:rsidP="62E5D067">
      <w:pPr>
        <w:pStyle w:val="ListParagraph"/>
        <w:numPr>
          <w:ilvl w:val="0"/>
          <w:numId w:val="2"/>
        </w:numPr>
        <w:rPr>
          <w:sz w:val="22"/>
          <w:szCs w:val="22"/>
        </w:rPr>
      </w:pPr>
      <w:r w:rsidRPr="62E5D067">
        <w:rPr>
          <w:sz w:val="22"/>
          <w:szCs w:val="22"/>
        </w:rPr>
        <w:t xml:space="preserve">Academic skills for PGR students: Develop writing skills for PG researchers </w:t>
      </w:r>
    </w:p>
    <w:p w14:paraId="1548602D" w14:textId="5F01BA84" w:rsidR="6DB4C997" w:rsidRDefault="6DB4C997" w:rsidP="62E5D067">
      <w:pPr>
        <w:pStyle w:val="ListParagraph"/>
        <w:numPr>
          <w:ilvl w:val="0"/>
          <w:numId w:val="2"/>
        </w:numPr>
        <w:rPr>
          <w:sz w:val="22"/>
          <w:szCs w:val="22"/>
        </w:rPr>
      </w:pPr>
      <w:r w:rsidRPr="62E5D067">
        <w:rPr>
          <w:sz w:val="22"/>
          <w:szCs w:val="22"/>
        </w:rPr>
        <w:t xml:space="preserve">Synthesis for Success: Develop reading, referencing skills and responsible AI use </w:t>
      </w:r>
    </w:p>
    <w:p w14:paraId="54E46D5B" w14:textId="3C119F7A" w:rsidR="6DB4C997" w:rsidRDefault="6DB4C997" w:rsidP="62E5D067">
      <w:pPr>
        <w:pStyle w:val="ListParagraph"/>
        <w:numPr>
          <w:ilvl w:val="0"/>
          <w:numId w:val="2"/>
        </w:numPr>
        <w:rPr>
          <w:sz w:val="22"/>
          <w:szCs w:val="22"/>
        </w:rPr>
      </w:pPr>
      <w:r w:rsidRPr="62E5D067">
        <w:rPr>
          <w:sz w:val="22"/>
          <w:szCs w:val="22"/>
        </w:rPr>
        <w:t xml:space="preserve">Reading Retreat: Focus on reading techniques and how to use AI for reading </w:t>
      </w:r>
    </w:p>
    <w:p w14:paraId="3AFC2AF5" w14:textId="6CA6D01E" w:rsidR="6DB4C997" w:rsidRDefault="6DB4C997" w:rsidP="62E5D067">
      <w:pPr>
        <w:pStyle w:val="ListParagraph"/>
        <w:numPr>
          <w:ilvl w:val="0"/>
          <w:numId w:val="2"/>
        </w:numPr>
        <w:rPr>
          <w:sz w:val="22"/>
          <w:szCs w:val="22"/>
        </w:rPr>
      </w:pPr>
      <w:r w:rsidRPr="62E5D067">
        <w:rPr>
          <w:sz w:val="22"/>
          <w:szCs w:val="22"/>
        </w:rPr>
        <w:t>Partners’ English: For your friends and family living in the UK. This incurs an extra cost</w:t>
      </w:r>
      <w:r w:rsidR="6BFB3E94" w:rsidRPr="62E5D067">
        <w:rPr>
          <w:sz w:val="22"/>
          <w:szCs w:val="22"/>
        </w:rPr>
        <w:t xml:space="preserve">. </w:t>
      </w:r>
      <w:hyperlink r:id="rId48">
        <w:r w:rsidR="6BFB3E94" w:rsidRPr="62E5D067">
          <w:rPr>
            <w:rStyle w:val="Hyperlink"/>
          </w:rPr>
          <w:t>Email BIA for details on Partners’ English</w:t>
        </w:r>
      </w:hyperlink>
      <w:r w:rsidR="6BFB3E94" w:rsidRPr="62E5D067">
        <w:rPr>
          <w:sz w:val="22"/>
          <w:szCs w:val="22"/>
        </w:rPr>
        <w:t>.</w:t>
      </w:r>
    </w:p>
    <w:p w14:paraId="605D28FD" w14:textId="521EC5DB" w:rsidR="01D6ADDE" w:rsidRDefault="01D6ADDE" w:rsidP="62E5D067">
      <w:pPr>
        <w:ind w:left="3"/>
        <w:rPr>
          <w:sz w:val="22"/>
          <w:szCs w:val="22"/>
        </w:rPr>
      </w:pPr>
      <w:hyperlink r:id="rId49">
        <w:r w:rsidRPr="62E5D067">
          <w:rPr>
            <w:rStyle w:val="Hyperlink"/>
          </w:rPr>
          <w:t>V</w:t>
        </w:r>
        <w:r w:rsidR="6DB4C997" w:rsidRPr="62E5D067">
          <w:rPr>
            <w:rStyle w:val="Hyperlink"/>
          </w:rPr>
          <w:t>isit</w:t>
        </w:r>
        <w:r w:rsidR="2C42B57D" w:rsidRPr="62E5D067">
          <w:rPr>
            <w:rStyle w:val="Hyperlink"/>
          </w:rPr>
          <w:t xml:space="preserve"> the BIA webpage</w:t>
        </w:r>
      </w:hyperlink>
      <w:r w:rsidR="2C42B57D" w:rsidRPr="62E5D067">
        <w:rPr>
          <w:sz w:val="22"/>
          <w:szCs w:val="22"/>
        </w:rPr>
        <w:t>.</w:t>
      </w:r>
    </w:p>
    <w:p w14:paraId="6E63850C" w14:textId="4B6299A2" w:rsidR="369C004E" w:rsidRDefault="369C004E" w:rsidP="62E5D067">
      <w:pPr>
        <w:pStyle w:val="Heading1"/>
      </w:pPr>
      <w:bookmarkStart w:id="47" w:name="_Toc852997178"/>
      <w:bookmarkStart w:id="48" w:name="_Toc1714529896"/>
      <w:r w:rsidRPr="62E5D067">
        <w:t>Managing your money</w:t>
      </w:r>
      <w:bookmarkEnd w:id="47"/>
      <w:bookmarkEnd w:id="48"/>
    </w:p>
    <w:p w14:paraId="39B9FAC7" w14:textId="7F03E28A" w:rsidR="369C004E" w:rsidRDefault="369C004E" w:rsidP="62E5D067">
      <w:pPr>
        <w:pStyle w:val="Heading2"/>
      </w:pPr>
      <w:bookmarkStart w:id="49" w:name="_Toc2143331831"/>
      <w:r w:rsidRPr="62E5D067">
        <w:t>Financial advice and support</w:t>
      </w:r>
      <w:bookmarkEnd w:id="49"/>
      <w:r w:rsidRPr="62E5D067">
        <w:t xml:space="preserve"> </w:t>
      </w:r>
    </w:p>
    <w:p w14:paraId="44742884" w14:textId="7F05D7A5" w:rsidR="369C004E" w:rsidRDefault="369C004E" w:rsidP="62E5D067">
      <w:r w:rsidRPr="62E5D067">
        <w:rPr>
          <w:sz w:val="22"/>
          <w:szCs w:val="22"/>
        </w:rPr>
        <w:t xml:space="preserve">One of the most important things you will need to know as a student is how to manage your money. </w:t>
      </w:r>
    </w:p>
    <w:p w14:paraId="2F5C0979" w14:textId="40216A45" w:rsidR="369C004E" w:rsidRDefault="369C004E" w:rsidP="62E5D067">
      <w:r w:rsidRPr="62E5D067">
        <w:rPr>
          <w:sz w:val="22"/>
          <w:szCs w:val="22"/>
        </w:rPr>
        <w:t xml:space="preserve">The Funding, Graduation &amp; Awards (FGA) team are here to provide all students at UoB with financial advice and support with funding applications throughout your studies. </w:t>
      </w:r>
    </w:p>
    <w:p w14:paraId="151528AA" w14:textId="1FC8C20E" w:rsidR="369C004E" w:rsidRDefault="369C004E" w:rsidP="62E5D067">
      <w:r w:rsidRPr="62E5D067">
        <w:rPr>
          <w:sz w:val="22"/>
          <w:szCs w:val="22"/>
        </w:rPr>
        <w:t xml:space="preserve">The University offers a range of additional financial support options for you in the form of scholarships, bursaries and emergency funds. Navigating these different sources of funding can be bewildering, so we have developed online funding databases to help find out which scholarships and bursaries may be open to you. </w:t>
      </w:r>
    </w:p>
    <w:p w14:paraId="6802650B" w14:textId="54D8C65C" w:rsidR="369C004E" w:rsidRDefault="369C004E" w:rsidP="62E5D067">
      <w:r w:rsidRPr="62E5D067">
        <w:rPr>
          <w:sz w:val="22"/>
          <w:szCs w:val="22"/>
        </w:rPr>
        <w:lastRenderedPageBreak/>
        <w:t xml:space="preserve">The team also </w:t>
      </w:r>
      <w:proofErr w:type="gramStart"/>
      <w:r w:rsidRPr="62E5D067">
        <w:rPr>
          <w:sz w:val="22"/>
          <w:szCs w:val="22"/>
        </w:rPr>
        <w:t>administer</w:t>
      </w:r>
      <w:proofErr w:type="gramEnd"/>
      <w:r w:rsidRPr="62E5D067">
        <w:rPr>
          <w:sz w:val="22"/>
          <w:szCs w:val="22"/>
        </w:rPr>
        <w:t xml:space="preserve"> the Student Support Fund, which is designed to help students who are struggling financially.</w:t>
      </w:r>
    </w:p>
    <w:p w14:paraId="59CC410E" w14:textId="2FAE9A1C" w:rsidR="369C004E" w:rsidRDefault="369C004E" w:rsidP="62E5D067">
      <w:r w:rsidRPr="62E5D067">
        <w:rPr>
          <w:sz w:val="22"/>
          <w:szCs w:val="22"/>
        </w:rPr>
        <w:t xml:space="preserve">If you have any money worries during your time at UoB, our </w:t>
      </w:r>
      <w:proofErr w:type="gramStart"/>
      <w:r w:rsidRPr="62E5D067">
        <w:rPr>
          <w:sz w:val="22"/>
          <w:szCs w:val="22"/>
        </w:rPr>
        <w:t>Cost of Living</w:t>
      </w:r>
      <w:proofErr w:type="gramEnd"/>
      <w:r w:rsidRPr="62E5D067">
        <w:rPr>
          <w:sz w:val="22"/>
          <w:szCs w:val="22"/>
        </w:rPr>
        <w:t xml:space="preserve"> support page is full of information and advice to help support you. </w:t>
      </w:r>
    </w:p>
    <w:p w14:paraId="35842B9E" w14:textId="1AD9BCFA" w:rsidR="369C004E" w:rsidRDefault="369C004E" w:rsidP="62E5D067">
      <w:r w:rsidRPr="62E5D067">
        <w:rPr>
          <w:sz w:val="22"/>
          <w:szCs w:val="22"/>
        </w:rPr>
        <w:t xml:space="preserve">There are several budgeting tools available online, which you can access through our website. </w:t>
      </w:r>
    </w:p>
    <w:p w14:paraId="7E073F70" w14:textId="2A7FD4B3" w:rsidR="56BF7D49" w:rsidRDefault="56BF7D49" w:rsidP="62E5D067">
      <w:hyperlink r:id="rId50">
        <w:r w:rsidRPr="62E5D067">
          <w:rPr>
            <w:rStyle w:val="Hyperlink"/>
          </w:rPr>
          <w:t>Find cost of living support</w:t>
        </w:r>
      </w:hyperlink>
      <w:r w:rsidRPr="62E5D067">
        <w:rPr>
          <w:sz w:val="22"/>
          <w:szCs w:val="22"/>
        </w:rPr>
        <w:t>.</w:t>
      </w:r>
    </w:p>
    <w:p w14:paraId="5BF97AB2" w14:textId="14C69965" w:rsidR="369C004E" w:rsidRDefault="369C004E" w:rsidP="62E5D067">
      <w:pPr>
        <w:pStyle w:val="Heading2"/>
      </w:pPr>
      <w:bookmarkStart w:id="50" w:name="_Toc1209028234"/>
      <w:r w:rsidRPr="62E5D067">
        <w:t>Earn while you learn</w:t>
      </w:r>
      <w:bookmarkEnd w:id="50"/>
      <w:r w:rsidRPr="62E5D067">
        <w:t xml:space="preserve"> </w:t>
      </w:r>
    </w:p>
    <w:p w14:paraId="09E06A04" w14:textId="1D6A5C11" w:rsidR="369C004E" w:rsidRDefault="369C004E" w:rsidP="62E5D067">
      <w:r w:rsidRPr="62E5D067">
        <w:rPr>
          <w:sz w:val="22"/>
          <w:szCs w:val="22"/>
        </w:rPr>
        <w:t xml:space="preserve">Worklink helps you to find well-paid, part-time casual jobs within the University, with the option </w:t>
      </w:r>
      <w:proofErr w:type="gramStart"/>
      <w:r w:rsidRPr="62E5D067">
        <w:rPr>
          <w:sz w:val="22"/>
          <w:szCs w:val="22"/>
        </w:rPr>
        <w:t>to work</w:t>
      </w:r>
      <w:proofErr w:type="gramEnd"/>
      <w:r w:rsidRPr="62E5D067">
        <w:rPr>
          <w:sz w:val="22"/>
          <w:szCs w:val="22"/>
        </w:rPr>
        <w:t xml:space="preserve"> up to 20 hours per week during term time. </w:t>
      </w:r>
    </w:p>
    <w:p w14:paraId="0E94970D" w14:textId="2C745163" w:rsidR="369C004E" w:rsidRDefault="369C004E" w:rsidP="62E5D067">
      <w:r w:rsidRPr="62E5D067">
        <w:rPr>
          <w:sz w:val="22"/>
          <w:szCs w:val="22"/>
        </w:rPr>
        <w:t xml:space="preserve">They have lots of student roles available on campus, so you can work hours that fit around your studies. Jobs are often advertised on the Worklink </w:t>
      </w:r>
      <w:proofErr w:type="gramStart"/>
      <w:r w:rsidRPr="62E5D067">
        <w:rPr>
          <w:sz w:val="22"/>
          <w:szCs w:val="22"/>
        </w:rPr>
        <w:t>website, but</w:t>
      </w:r>
      <w:proofErr w:type="gramEnd"/>
      <w:r w:rsidRPr="62E5D067">
        <w:rPr>
          <w:sz w:val="22"/>
          <w:szCs w:val="22"/>
        </w:rPr>
        <w:t xml:space="preserve"> keep an eye on your student communication channels such as Student News or The Brum Bulletin e-newsletter for opportunities. </w:t>
      </w:r>
    </w:p>
    <w:p w14:paraId="0F4E0593" w14:textId="01F83810" w:rsidR="369C004E" w:rsidRDefault="369C004E" w:rsidP="62E5D067">
      <w:r w:rsidRPr="62E5D067">
        <w:rPr>
          <w:sz w:val="22"/>
          <w:szCs w:val="22"/>
        </w:rPr>
        <w:t xml:space="preserve">You can also visit the Worklink Hub in University Centre (open Monday to Friday, 10:00-16:00), </w:t>
      </w:r>
    </w:p>
    <w:p w14:paraId="078A3E91" w14:textId="3008CAE0" w:rsidR="74C54CCF" w:rsidRDefault="74C54CCF" w:rsidP="62E5D067">
      <w:pPr>
        <w:rPr>
          <w:sz w:val="22"/>
          <w:szCs w:val="22"/>
        </w:rPr>
      </w:pPr>
      <w:hyperlink r:id="rId51">
        <w:r w:rsidRPr="62E5D067">
          <w:rPr>
            <w:rStyle w:val="Hyperlink"/>
          </w:rPr>
          <w:t>C</w:t>
        </w:r>
        <w:r w:rsidR="369C004E" w:rsidRPr="62E5D067">
          <w:rPr>
            <w:rStyle w:val="Hyperlink"/>
          </w:rPr>
          <w:t>all Worklink on 0121 414 5000</w:t>
        </w:r>
      </w:hyperlink>
      <w:r w:rsidR="7119EACB" w:rsidRPr="62E5D067">
        <w:rPr>
          <w:sz w:val="22"/>
          <w:szCs w:val="22"/>
        </w:rPr>
        <w:t>.</w:t>
      </w:r>
    </w:p>
    <w:p w14:paraId="38B6E10D" w14:textId="3E1ED860" w:rsidR="4B6F89CF" w:rsidRDefault="4B6F89CF" w:rsidP="62E5D067">
      <w:pPr>
        <w:rPr>
          <w:sz w:val="22"/>
          <w:szCs w:val="22"/>
        </w:rPr>
      </w:pPr>
      <w:hyperlink r:id="rId52">
        <w:r w:rsidRPr="62E5D067">
          <w:rPr>
            <w:rStyle w:val="Hyperlink"/>
          </w:rPr>
          <w:t>F</w:t>
        </w:r>
        <w:r w:rsidR="369C004E" w:rsidRPr="62E5D067">
          <w:rPr>
            <w:rStyle w:val="Hyperlink"/>
          </w:rPr>
          <w:t xml:space="preserve">ollow </w:t>
        </w:r>
        <w:r w:rsidR="69F019A6" w:rsidRPr="62E5D067">
          <w:rPr>
            <w:rStyle w:val="Hyperlink"/>
          </w:rPr>
          <w:t xml:space="preserve">Worklink </w:t>
        </w:r>
        <w:r w:rsidR="369C004E" w:rsidRPr="62E5D067">
          <w:rPr>
            <w:rStyle w:val="Hyperlink"/>
          </w:rPr>
          <w:t>on Instagram @worklinkuob</w:t>
        </w:r>
      </w:hyperlink>
      <w:r w:rsidR="369C004E" w:rsidRPr="62E5D067">
        <w:rPr>
          <w:sz w:val="22"/>
          <w:szCs w:val="22"/>
        </w:rPr>
        <w:t xml:space="preserve">. </w:t>
      </w:r>
    </w:p>
    <w:p w14:paraId="5669994D" w14:textId="1C5FC3AA" w:rsidR="369C004E" w:rsidRDefault="369C004E" w:rsidP="62E5D067">
      <w:pPr>
        <w:rPr>
          <w:sz w:val="22"/>
          <w:szCs w:val="22"/>
        </w:rPr>
      </w:pPr>
      <w:hyperlink r:id="rId53">
        <w:r w:rsidRPr="62E5D067">
          <w:rPr>
            <w:rStyle w:val="Hyperlink"/>
          </w:rPr>
          <w:t>Visit</w:t>
        </w:r>
        <w:r w:rsidR="16D8A87A" w:rsidRPr="62E5D067">
          <w:rPr>
            <w:rStyle w:val="Hyperlink"/>
          </w:rPr>
          <w:t xml:space="preserve"> the Worklink website</w:t>
        </w:r>
      </w:hyperlink>
      <w:r w:rsidR="16D8A87A" w:rsidRPr="62E5D067">
        <w:rPr>
          <w:sz w:val="22"/>
          <w:szCs w:val="22"/>
        </w:rPr>
        <w:t>.</w:t>
      </w:r>
    </w:p>
    <w:p w14:paraId="2B7570EF" w14:textId="45E2CAEC" w:rsidR="369C004E" w:rsidRDefault="369C004E" w:rsidP="62E5D067">
      <w:r w:rsidRPr="62E5D067">
        <w:rPr>
          <w:sz w:val="22"/>
          <w:szCs w:val="22"/>
        </w:rPr>
        <w:t>The Guild of Students also advertise part</w:t>
      </w:r>
      <w:r w:rsidR="00E11380">
        <w:rPr>
          <w:sz w:val="22"/>
          <w:szCs w:val="22"/>
        </w:rPr>
        <w:t>-</w:t>
      </w:r>
      <w:r w:rsidRPr="62E5D067">
        <w:rPr>
          <w:sz w:val="22"/>
          <w:szCs w:val="22"/>
        </w:rPr>
        <w:t xml:space="preserve">time jobs in a range of settings, so it’s always worth checking them out too. </w:t>
      </w:r>
    </w:p>
    <w:p w14:paraId="67F9C238" w14:textId="473E1AFC" w:rsidR="36E9E49A" w:rsidRDefault="36E9E49A" w:rsidP="62E5D067">
      <w:hyperlink r:id="rId54">
        <w:r w:rsidRPr="62E5D067">
          <w:rPr>
            <w:rStyle w:val="Hyperlink"/>
          </w:rPr>
          <w:t>Explore jobs at The Guild</w:t>
        </w:r>
      </w:hyperlink>
      <w:r w:rsidRPr="62E5D067">
        <w:rPr>
          <w:sz w:val="22"/>
          <w:szCs w:val="22"/>
        </w:rPr>
        <w:t>.</w:t>
      </w:r>
    </w:p>
    <w:p w14:paraId="529212B1" w14:textId="65426635" w:rsidR="369C004E" w:rsidRDefault="369C004E" w:rsidP="62E5D067">
      <w:pPr>
        <w:pStyle w:val="Heading2"/>
      </w:pPr>
      <w:bookmarkStart w:id="51" w:name="_Toc833063478"/>
      <w:r w:rsidRPr="62E5D067">
        <w:t>Careers advice</w:t>
      </w:r>
      <w:bookmarkEnd w:id="51"/>
      <w:r w:rsidRPr="62E5D067">
        <w:t xml:space="preserve"> </w:t>
      </w:r>
    </w:p>
    <w:p w14:paraId="47D7B922" w14:textId="629C5616" w:rsidR="369C004E" w:rsidRDefault="369C004E" w:rsidP="62E5D067">
      <w:r w:rsidRPr="62E5D067">
        <w:rPr>
          <w:sz w:val="22"/>
          <w:szCs w:val="22"/>
        </w:rPr>
        <w:t xml:space="preserve">From your first day at UoB to well after you graduate, Careers Network is here to support you. They can help you explore your career options and start making decisions about your future. </w:t>
      </w:r>
    </w:p>
    <w:p w14:paraId="399D5BAB" w14:textId="16A11E8D" w:rsidR="369C004E" w:rsidRDefault="369C004E" w:rsidP="62E5D067">
      <w:r w:rsidRPr="62E5D067">
        <w:rPr>
          <w:sz w:val="22"/>
          <w:szCs w:val="22"/>
        </w:rPr>
        <w:t xml:space="preserve">Their services include careers advice, internships, mentoring programmes, employer events, further study, graduate roles, and business start-up information. </w:t>
      </w:r>
    </w:p>
    <w:p w14:paraId="2023892A" w14:textId="2FF0A288" w:rsidR="369C004E" w:rsidRDefault="369C004E" w:rsidP="62E5D067">
      <w:r w:rsidRPr="62E5D067">
        <w:rPr>
          <w:sz w:val="22"/>
          <w:szCs w:val="22"/>
        </w:rPr>
        <w:t xml:space="preserve">They also offer guidance for international students about visa routes and securing a job in the UK or your home country. Careers Network </w:t>
      </w:r>
      <w:proofErr w:type="gramStart"/>
      <w:r w:rsidRPr="62E5D067">
        <w:rPr>
          <w:sz w:val="22"/>
          <w:szCs w:val="22"/>
        </w:rPr>
        <w:t>run</w:t>
      </w:r>
      <w:proofErr w:type="gramEnd"/>
      <w:r w:rsidRPr="62E5D067">
        <w:rPr>
          <w:sz w:val="22"/>
          <w:szCs w:val="22"/>
        </w:rPr>
        <w:t xml:space="preserve"> programmes such as The Birmingham Award and the Birmingham Project to help you gain the experience and skills you will need for your chosen career. </w:t>
      </w:r>
    </w:p>
    <w:p w14:paraId="27BE34E3" w14:textId="7434E3B9" w:rsidR="24ACB0E4" w:rsidRDefault="24ACB0E4" w:rsidP="62E5D067">
      <w:hyperlink r:id="rId55">
        <w:r w:rsidRPr="62E5D067">
          <w:rPr>
            <w:rStyle w:val="Hyperlink"/>
          </w:rPr>
          <w:t>Visit the Careers Network website</w:t>
        </w:r>
      </w:hyperlink>
      <w:r w:rsidRPr="62E5D067">
        <w:rPr>
          <w:sz w:val="22"/>
          <w:szCs w:val="22"/>
        </w:rPr>
        <w:t>.</w:t>
      </w:r>
    </w:p>
    <w:p w14:paraId="06073FD2" w14:textId="1A9A8C51" w:rsidR="24ACB0E4" w:rsidRDefault="24ACB0E4" w:rsidP="62E5D067">
      <w:hyperlink r:id="rId56">
        <w:r w:rsidRPr="62E5D067">
          <w:rPr>
            <w:rStyle w:val="Hyperlink"/>
          </w:rPr>
          <w:t>F</w:t>
        </w:r>
        <w:r w:rsidR="369C004E" w:rsidRPr="62E5D067">
          <w:rPr>
            <w:rStyle w:val="Hyperlink"/>
          </w:rPr>
          <w:t xml:space="preserve">ollow </w:t>
        </w:r>
        <w:r w:rsidR="5834B687" w:rsidRPr="62E5D067">
          <w:rPr>
            <w:rStyle w:val="Hyperlink"/>
          </w:rPr>
          <w:t xml:space="preserve">Careers Network </w:t>
        </w:r>
        <w:r w:rsidR="369C004E" w:rsidRPr="62E5D067">
          <w:rPr>
            <w:rStyle w:val="Hyperlink"/>
          </w:rPr>
          <w:t>on Instagram @careersbham</w:t>
        </w:r>
      </w:hyperlink>
      <w:r w:rsidR="1F3BA0DE" w:rsidRPr="62E5D067">
        <w:rPr>
          <w:sz w:val="22"/>
          <w:szCs w:val="22"/>
        </w:rPr>
        <w:t>.</w:t>
      </w:r>
    </w:p>
    <w:p w14:paraId="608B130C" w14:textId="023AE5E8" w:rsidR="3248AF50" w:rsidRDefault="3248AF50" w:rsidP="62E5D067">
      <w:pPr>
        <w:pStyle w:val="Heading1"/>
      </w:pPr>
      <w:bookmarkStart w:id="52" w:name="_Toc1331961370"/>
      <w:bookmarkStart w:id="53" w:name="_Toc1046942341"/>
      <w:r w:rsidRPr="62E5D067">
        <w:t xml:space="preserve">Keeping you </w:t>
      </w:r>
      <w:proofErr w:type="gramStart"/>
      <w:r w:rsidRPr="62E5D067">
        <w:t>up-to-date</w:t>
      </w:r>
      <w:bookmarkEnd w:id="52"/>
      <w:bookmarkEnd w:id="53"/>
      <w:proofErr w:type="gramEnd"/>
    </w:p>
    <w:p w14:paraId="60E41AC8" w14:textId="213F6067" w:rsidR="3248AF50" w:rsidRDefault="3248AF50" w:rsidP="62E5D067">
      <w:r w:rsidRPr="62E5D067">
        <w:rPr>
          <w:sz w:val="22"/>
          <w:szCs w:val="22"/>
        </w:rPr>
        <w:t xml:space="preserve">During your time at UoB, there are lots of ways the Student Communications Team will communicate with you, so you can find out what’s happening at </w:t>
      </w:r>
      <w:proofErr w:type="gramStart"/>
      <w:r w:rsidRPr="62E5D067">
        <w:rPr>
          <w:sz w:val="22"/>
          <w:szCs w:val="22"/>
        </w:rPr>
        <w:t>University</w:t>
      </w:r>
      <w:proofErr w:type="gramEnd"/>
      <w:r w:rsidRPr="62E5D067">
        <w:rPr>
          <w:sz w:val="22"/>
          <w:szCs w:val="22"/>
        </w:rPr>
        <w:t xml:space="preserve"> and get important news and updates on services and support. </w:t>
      </w:r>
    </w:p>
    <w:p w14:paraId="64D0EE31" w14:textId="4E427725" w:rsidR="3248AF50" w:rsidRDefault="3248AF50" w:rsidP="62E5D067">
      <w:pPr>
        <w:pStyle w:val="Heading2"/>
      </w:pPr>
      <w:bookmarkStart w:id="54" w:name="_Toc806440605"/>
      <w:r w:rsidRPr="62E5D067">
        <w:t>Email</w:t>
      </w:r>
      <w:bookmarkEnd w:id="54"/>
      <w:r w:rsidRPr="62E5D067">
        <w:t xml:space="preserve"> </w:t>
      </w:r>
    </w:p>
    <w:p w14:paraId="15804355" w14:textId="37E451D3" w:rsidR="3248AF50" w:rsidRDefault="3248AF50" w:rsidP="62E5D067">
      <w:r w:rsidRPr="62E5D067">
        <w:rPr>
          <w:sz w:val="22"/>
          <w:szCs w:val="22"/>
        </w:rPr>
        <w:t xml:space="preserve">Regularly check your </w:t>
      </w:r>
      <w:proofErr w:type="gramStart"/>
      <w:r w:rsidRPr="62E5D067">
        <w:rPr>
          <w:sz w:val="22"/>
          <w:szCs w:val="22"/>
        </w:rPr>
        <w:t>University</w:t>
      </w:r>
      <w:proofErr w:type="gramEnd"/>
      <w:r w:rsidRPr="62E5D067">
        <w:rPr>
          <w:sz w:val="22"/>
          <w:szCs w:val="22"/>
        </w:rPr>
        <w:t xml:space="preserve"> email for news, events, updates and important announcements. Look out for our fortnightly e-newsletter, The Brum Bulletin, which brings together the latest news all in one place. </w:t>
      </w:r>
    </w:p>
    <w:p w14:paraId="089B078E" w14:textId="5E860786" w:rsidR="3248AF50" w:rsidRDefault="3248AF50" w:rsidP="62E5D067">
      <w:pPr>
        <w:pStyle w:val="Heading2"/>
      </w:pPr>
      <w:bookmarkStart w:id="55" w:name="_Toc1615969501"/>
      <w:r w:rsidRPr="62E5D067">
        <w:t>Social media</w:t>
      </w:r>
      <w:bookmarkEnd w:id="55"/>
      <w:r w:rsidRPr="62E5D067">
        <w:t xml:space="preserve"> </w:t>
      </w:r>
    </w:p>
    <w:p w14:paraId="64CEF058" w14:textId="37B1BD7B" w:rsidR="3248AF50" w:rsidRDefault="3248AF50" w:rsidP="62E5D067">
      <w:r w:rsidRPr="62E5D067">
        <w:rPr>
          <w:sz w:val="22"/>
          <w:szCs w:val="22"/>
        </w:rPr>
        <w:t xml:space="preserve">Connect and keep </w:t>
      </w:r>
      <w:proofErr w:type="gramStart"/>
      <w:r w:rsidRPr="62E5D067">
        <w:rPr>
          <w:sz w:val="22"/>
          <w:szCs w:val="22"/>
        </w:rPr>
        <w:t>up-to-date</w:t>
      </w:r>
      <w:proofErr w:type="gramEnd"/>
      <w:r w:rsidRPr="62E5D067">
        <w:rPr>
          <w:sz w:val="22"/>
          <w:szCs w:val="22"/>
        </w:rPr>
        <w:t xml:space="preserve"> with us on </w:t>
      </w:r>
      <w:proofErr w:type="gramStart"/>
      <w:r w:rsidRPr="62E5D067">
        <w:rPr>
          <w:sz w:val="22"/>
          <w:szCs w:val="22"/>
        </w:rPr>
        <w:t>the @</w:t>
      </w:r>
      <w:proofErr w:type="gramEnd"/>
      <w:r w:rsidRPr="62E5D067">
        <w:rPr>
          <w:sz w:val="22"/>
          <w:szCs w:val="22"/>
        </w:rPr>
        <w:t>UniBirmingham social media accounts, including Instagram and TikTok. Our UoB Student Services YouTube channel is also full of helpful and fun videos from our staff and team of Student Content Shapers.</w:t>
      </w:r>
    </w:p>
    <w:p w14:paraId="378F6FE6" w14:textId="4D3E6B17" w:rsidR="374B2EDB" w:rsidRDefault="374B2EDB" w:rsidP="62E5D067">
      <w:hyperlink r:id="rId57">
        <w:r w:rsidRPr="62E5D067">
          <w:rPr>
            <w:rStyle w:val="Hyperlink"/>
          </w:rPr>
          <w:t>Follow UoB on Instagram @UniBirmingham</w:t>
        </w:r>
      </w:hyperlink>
      <w:r w:rsidRPr="62E5D067">
        <w:rPr>
          <w:sz w:val="22"/>
          <w:szCs w:val="22"/>
        </w:rPr>
        <w:t>.</w:t>
      </w:r>
    </w:p>
    <w:p w14:paraId="1D1331C9" w14:textId="6F19CDC6" w:rsidR="374B2EDB" w:rsidRDefault="374B2EDB" w:rsidP="62E5D067">
      <w:hyperlink r:id="rId58">
        <w:r w:rsidRPr="62E5D067">
          <w:rPr>
            <w:rStyle w:val="Hyperlink"/>
          </w:rPr>
          <w:t>Follow UoB on TikTok @UniBirmingham</w:t>
        </w:r>
      </w:hyperlink>
      <w:r w:rsidRPr="62E5D067">
        <w:rPr>
          <w:sz w:val="22"/>
          <w:szCs w:val="22"/>
        </w:rPr>
        <w:t>.</w:t>
      </w:r>
      <w:r w:rsidR="3248AF50" w:rsidRPr="62E5D067">
        <w:rPr>
          <w:sz w:val="22"/>
          <w:szCs w:val="22"/>
        </w:rPr>
        <w:t xml:space="preserve"> </w:t>
      </w:r>
    </w:p>
    <w:p w14:paraId="60F396D1" w14:textId="6CF9BD21" w:rsidR="74E90A3F" w:rsidRDefault="74E90A3F" w:rsidP="62E5D067">
      <w:pPr>
        <w:rPr>
          <w:sz w:val="22"/>
          <w:szCs w:val="22"/>
        </w:rPr>
      </w:pPr>
      <w:hyperlink r:id="rId59">
        <w:r w:rsidRPr="62E5D067">
          <w:rPr>
            <w:rStyle w:val="Hyperlink"/>
          </w:rPr>
          <w:t>Follow Student Services on YouTub</w:t>
        </w:r>
        <w:r w:rsidR="39DF5610" w:rsidRPr="62E5D067">
          <w:rPr>
            <w:rStyle w:val="Hyperlink"/>
          </w:rPr>
          <w:t>e</w:t>
        </w:r>
        <w:r w:rsidRPr="62E5D067">
          <w:rPr>
            <w:rStyle w:val="Hyperlink"/>
          </w:rPr>
          <w:t xml:space="preserve"> </w:t>
        </w:r>
        <w:r w:rsidR="3248AF50" w:rsidRPr="62E5D067">
          <w:rPr>
            <w:rStyle w:val="Hyperlink"/>
          </w:rPr>
          <w:t>@UoBStudentServices</w:t>
        </w:r>
      </w:hyperlink>
      <w:r w:rsidR="6575AFBD" w:rsidRPr="62E5D067">
        <w:rPr>
          <w:sz w:val="22"/>
          <w:szCs w:val="22"/>
        </w:rPr>
        <w:t>.</w:t>
      </w:r>
    </w:p>
    <w:p w14:paraId="5A1D944D" w14:textId="3D574271" w:rsidR="3248AF50" w:rsidRDefault="3248AF50" w:rsidP="62E5D067">
      <w:pPr>
        <w:pStyle w:val="Heading2"/>
      </w:pPr>
      <w:bookmarkStart w:id="56" w:name="_Toc1750259542"/>
      <w:r w:rsidRPr="62E5D067">
        <w:t>MyUoB app</w:t>
      </w:r>
      <w:bookmarkEnd w:id="56"/>
      <w:r w:rsidRPr="62E5D067">
        <w:t xml:space="preserve"> </w:t>
      </w:r>
    </w:p>
    <w:p w14:paraId="0DC67B71" w14:textId="08F90FE1" w:rsidR="3248AF50" w:rsidRDefault="3248AF50" w:rsidP="62E5D067">
      <w:r w:rsidRPr="62E5D067">
        <w:rPr>
          <w:sz w:val="22"/>
          <w:szCs w:val="22"/>
        </w:rPr>
        <w:t xml:space="preserve">Wherever you are, access all the essential information you need as a UoB student through our free app. It can be viewed on any device through the web or via mobile. The app also features the student news feed so you can catch up with what’s happening at </w:t>
      </w:r>
      <w:proofErr w:type="gramStart"/>
      <w:r w:rsidRPr="62E5D067">
        <w:rPr>
          <w:sz w:val="22"/>
          <w:szCs w:val="22"/>
        </w:rPr>
        <w:t>University</w:t>
      </w:r>
      <w:proofErr w:type="gramEnd"/>
      <w:r w:rsidRPr="62E5D067">
        <w:rPr>
          <w:sz w:val="22"/>
          <w:szCs w:val="22"/>
        </w:rPr>
        <w:t xml:space="preserve"> as well as student blogs. Download MyUoB from your app store. </w:t>
      </w:r>
    </w:p>
    <w:p w14:paraId="7B40C152" w14:textId="3C96256F" w:rsidR="3248AF50" w:rsidRDefault="3248AF50" w:rsidP="62E5D067">
      <w:pPr>
        <w:pStyle w:val="Heading2"/>
      </w:pPr>
      <w:bookmarkStart w:id="57" w:name="_Toc2028012871"/>
      <w:r w:rsidRPr="62E5D067">
        <w:t>Student webpages</w:t>
      </w:r>
      <w:bookmarkEnd w:id="57"/>
      <w:r w:rsidRPr="62E5D067">
        <w:t xml:space="preserve"> </w:t>
      </w:r>
    </w:p>
    <w:p w14:paraId="4A0A52D3" w14:textId="6AF9AF83" w:rsidR="3248AF50" w:rsidRDefault="3248AF50" w:rsidP="62E5D067">
      <w:r w:rsidRPr="62E5D067">
        <w:rPr>
          <w:sz w:val="22"/>
          <w:szCs w:val="22"/>
        </w:rPr>
        <w:t xml:space="preserve">More information on all the services and initiatives mentioned in this guide can be found on our student webpages. This is where you’ll also find our news feed, which is updated frequently. We recommend you bookmark the site for quick and easy access. </w:t>
      </w:r>
    </w:p>
    <w:p w14:paraId="3D25AF44" w14:textId="3C54EFDC" w:rsidR="7C2CAD54" w:rsidRDefault="7C2CAD54" w:rsidP="62E5D067">
      <w:hyperlink r:id="rId60">
        <w:r w:rsidRPr="62E5D067">
          <w:rPr>
            <w:rStyle w:val="Hyperlink"/>
          </w:rPr>
          <w:t>Explore the Student webpages</w:t>
        </w:r>
      </w:hyperlink>
      <w:r w:rsidRPr="62E5D067">
        <w:rPr>
          <w:sz w:val="22"/>
          <w:szCs w:val="22"/>
        </w:rPr>
        <w:t>.</w:t>
      </w:r>
    </w:p>
    <w:sectPr w:rsidR="7C2CAD54" w:rsidSect="00034616">
      <w:headerReference w:type="default" r:id="rId61"/>
      <w:footerReference w:type="default" r:id="rId62"/>
      <w:headerReference w:type="first" r:id="rId6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9F67E" w14:textId="77777777" w:rsidR="00CA1CB3" w:rsidRDefault="00CA1CB3">
      <w:pPr>
        <w:spacing w:after="0" w:line="240" w:lineRule="auto"/>
      </w:pPr>
      <w:r>
        <w:separator/>
      </w:r>
    </w:p>
  </w:endnote>
  <w:endnote w:type="continuationSeparator" w:id="0">
    <w:p w14:paraId="4CFDFAA4" w14:textId="77777777" w:rsidR="00CA1CB3" w:rsidRDefault="00CA1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62E5D067" w14:paraId="175E7231" w14:textId="77777777" w:rsidTr="62E5D067">
      <w:trPr>
        <w:trHeight w:val="300"/>
      </w:trPr>
      <w:tc>
        <w:tcPr>
          <w:tcW w:w="2880" w:type="dxa"/>
        </w:tcPr>
        <w:p w14:paraId="03AD1487" w14:textId="53F390D9" w:rsidR="62E5D067" w:rsidRDefault="62E5D067" w:rsidP="62E5D067">
          <w:pPr>
            <w:pStyle w:val="Header"/>
            <w:ind w:left="-115"/>
          </w:pPr>
        </w:p>
      </w:tc>
      <w:tc>
        <w:tcPr>
          <w:tcW w:w="2880" w:type="dxa"/>
        </w:tcPr>
        <w:p w14:paraId="5E581E4D" w14:textId="641A2C4B" w:rsidR="62E5D067" w:rsidRDefault="62E5D067" w:rsidP="62E5D067">
          <w:pPr>
            <w:pStyle w:val="Header"/>
            <w:jc w:val="center"/>
          </w:pPr>
        </w:p>
      </w:tc>
      <w:tc>
        <w:tcPr>
          <w:tcW w:w="2880" w:type="dxa"/>
        </w:tcPr>
        <w:p w14:paraId="57192B06" w14:textId="3F506598" w:rsidR="62E5D067" w:rsidRDefault="62E5D067" w:rsidP="62E5D067">
          <w:pPr>
            <w:pStyle w:val="Header"/>
            <w:ind w:right="-115"/>
            <w:jc w:val="right"/>
          </w:pPr>
        </w:p>
      </w:tc>
    </w:tr>
  </w:tbl>
  <w:p w14:paraId="17811877" w14:textId="797C942B" w:rsidR="62E5D067" w:rsidRDefault="62E5D067" w:rsidP="62E5D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65D5" w14:textId="77777777" w:rsidR="00CA1CB3" w:rsidRDefault="00CA1CB3">
      <w:pPr>
        <w:spacing w:after="0" w:line="240" w:lineRule="auto"/>
      </w:pPr>
      <w:r>
        <w:separator/>
      </w:r>
    </w:p>
  </w:footnote>
  <w:footnote w:type="continuationSeparator" w:id="0">
    <w:p w14:paraId="1C4BF815" w14:textId="77777777" w:rsidR="00CA1CB3" w:rsidRDefault="00CA1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62E5D067" w14:paraId="51464415" w14:textId="77777777" w:rsidTr="62E5D067">
      <w:trPr>
        <w:trHeight w:val="300"/>
      </w:trPr>
      <w:tc>
        <w:tcPr>
          <w:tcW w:w="2880" w:type="dxa"/>
        </w:tcPr>
        <w:p w14:paraId="4559E83D" w14:textId="6AC2CC3E" w:rsidR="62E5D067" w:rsidRDefault="62E5D067" w:rsidP="62E5D067">
          <w:pPr>
            <w:pStyle w:val="Header"/>
            <w:ind w:left="-115"/>
          </w:pPr>
        </w:p>
      </w:tc>
      <w:tc>
        <w:tcPr>
          <w:tcW w:w="2880" w:type="dxa"/>
        </w:tcPr>
        <w:p w14:paraId="4544AF93" w14:textId="3431F6AF" w:rsidR="62E5D067" w:rsidRDefault="62E5D067" w:rsidP="62E5D067">
          <w:pPr>
            <w:pStyle w:val="Header"/>
            <w:jc w:val="center"/>
          </w:pPr>
        </w:p>
      </w:tc>
      <w:tc>
        <w:tcPr>
          <w:tcW w:w="2880" w:type="dxa"/>
        </w:tcPr>
        <w:p w14:paraId="31323089" w14:textId="3EB9C0C4" w:rsidR="62E5D067" w:rsidRDefault="62E5D067" w:rsidP="62E5D067">
          <w:pPr>
            <w:pStyle w:val="Header"/>
            <w:ind w:right="-115"/>
            <w:jc w:val="right"/>
          </w:pPr>
          <w:r>
            <w:fldChar w:fldCharType="begin"/>
          </w:r>
          <w:r>
            <w:instrText>PAGE</w:instrText>
          </w:r>
          <w:r>
            <w:fldChar w:fldCharType="separate"/>
          </w:r>
          <w:r w:rsidR="00E11380">
            <w:rPr>
              <w:noProof/>
            </w:rPr>
            <w:t>1</w:t>
          </w:r>
          <w:r>
            <w:fldChar w:fldCharType="end"/>
          </w:r>
        </w:p>
      </w:tc>
    </w:tr>
  </w:tbl>
  <w:p w14:paraId="62E83477" w14:textId="5BD8334F" w:rsidR="62E5D067" w:rsidRDefault="62E5D067" w:rsidP="62E5D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62E5D067" w14:paraId="77C7F796" w14:textId="77777777" w:rsidTr="62E5D067">
      <w:trPr>
        <w:trHeight w:val="300"/>
      </w:trPr>
      <w:tc>
        <w:tcPr>
          <w:tcW w:w="2880" w:type="dxa"/>
        </w:tcPr>
        <w:p w14:paraId="678F1210" w14:textId="44FB7EFD" w:rsidR="62E5D067" w:rsidRDefault="62E5D067" w:rsidP="62E5D067">
          <w:pPr>
            <w:pStyle w:val="Header"/>
            <w:ind w:left="-115"/>
          </w:pPr>
        </w:p>
      </w:tc>
      <w:tc>
        <w:tcPr>
          <w:tcW w:w="2880" w:type="dxa"/>
        </w:tcPr>
        <w:p w14:paraId="0FDFDC6B" w14:textId="506FF6A7" w:rsidR="62E5D067" w:rsidRDefault="62E5D067" w:rsidP="62E5D067">
          <w:pPr>
            <w:pStyle w:val="Header"/>
            <w:jc w:val="center"/>
          </w:pPr>
        </w:p>
      </w:tc>
      <w:tc>
        <w:tcPr>
          <w:tcW w:w="2880" w:type="dxa"/>
        </w:tcPr>
        <w:p w14:paraId="29B0FC94" w14:textId="6AB2FCB8" w:rsidR="62E5D067" w:rsidRDefault="62E5D067" w:rsidP="62E5D067">
          <w:pPr>
            <w:pStyle w:val="Header"/>
            <w:ind w:right="-115"/>
            <w:jc w:val="right"/>
          </w:pPr>
        </w:p>
      </w:tc>
    </w:tr>
  </w:tbl>
  <w:p w14:paraId="3DD79FFD" w14:textId="0092FEB3" w:rsidR="62E5D067" w:rsidRDefault="62E5D067" w:rsidP="62E5D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FDBD59"/>
    <w:multiLevelType w:val="hybridMultilevel"/>
    <w:tmpl w:val="38EE8742"/>
    <w:lvl w:ilvl="0" w:tplc="8766B648">
      <w:start w:val="1"/>
      <w:numFmt w:val="bullet"/>
      <w:lvlText w:val=""/>
      <w:lvlJc w:val="left"/>
      <w:pPr>
        <w:ind w:left="363" w:hanging="360"/>
      </w:pPr>
      <w:rPr>
        <w:rFonts w:ascii="Symbol" w:hAnsi="Symbol" w:hint="default"/>
      </w:rPr>
    </w:lvl>
    <w:lvl w:ilvl="1" w:tplc="7BC82796">
      <w:start w:val="1"/>
      <w:numFmt w:val="bullet"/>
      <w:lvlText w:val="o"/>
      <w:lvlJc w:val="left"/>
      <w:pPr>
        <w:ind w:left="1083" w:hanging="360"/>
      </w:pPr>
      <w:rPr>
        <w:rFonts w:ascii="Courier New" w:hAnsi="Courier New" w:hint="default"/>
      </w:rPr>
    </w:lvl>
    <w:lvl w:ilvl="2" w:tplc="2D127B1E">
      <w:start w:val="1"/>
      <w:numFmt w:val="bullet"/>
      <w:lvlText w:val=""/>
      <w:lvlJc w:val="left"/>
      <w:pPr>
        <w:ind w:left="1803" w:hanging="360"/>
      </w:pPr>
      <w:rPr>
        <w:rFonts w:ascii="Wingdings" w:hAnsi="Wingdings" w:hint="default"/>
      </w:rPr>
    </w:lvl>
    <w:lvl w:ilvl="3" w:tplc="96FEF98C">
      <w:start w:val="1"/>
      <w:numFmt w:val="bullet"/>
      <w:lvlText w:val=""/>
      <w:lvlJc w:val="left"/>
      <w:pPr>
        <w:ind w:left="2523" w:hanging="360"/>
      </w:pPr>
      <w:rPr>
        <w:rFonts w:ascii="Symbol" w:hAnsi="Symbol" w:hint="default"/>
      </w:rPr>
    </w:lvl>
    <w:lvl w:ilvl="4" w:tplc="0D2A50C4">
      <w:start w:val="1"/>
      <w:numFmt w:val="bullet"/>
      <w:lvlText w:val="o"/>
      <w:lvlJc w:val="left"/>
      <w:pPr>
        <w:ind w:left="3243" w:hanging="360"/>
      </w:pPr>
      <w:rPr>
        <w:rFonts w:ascii="Courier New" w:hAnsi="Courier New" w:hint="default"/>
      </w:rPr>
    </w:lvl>
    <w:lvl w:ilvl="5" w:tplc="EF041978">
      <w:start w:val="1"/>
      <w:numFmt w:val="bullet"/>
      <w:lvlText w:val=""/>
      <w:lvlJc w:val="left"/>
      <w:pPr>
        <w:ind w:left="3963" w:hanging="360"/>
      </w:pPr>
      <w:rPr>
        <w:rFonts w:ascii="Wingdings" w:hAnsi="Wingdings" w:hint="default"/>
      </w:rPr>
    </w:lvl>
    <w:lvl w:ilvl="6" w:tplc="70A85014">
      <w:start w:val="1"/>
      <w:numFmt w:val="bullet"/>
      <w:lvlText w:val=""/>
      <w:lvlJc w:val="left"/>
      <w:pPr>
        <w:ind w:left="4683" w:hanging="360"/>
      </w:pPr>
      <w:rPr>
        <w:rFonts w:ascii="Symbol" w:hAnsi="Symbol" w:hint="default"/>
      </w:rPr>
    </w:lvl>
    <w:lvl w:ilvl="7" w:tplc="8C04047A">
      <w:start w:val="1"/>
      <w:numFmt w:val="bullet"/>
      <w:lvlText w:val="o"/>
      <w:lvlJc w:val="left"/>
      <w:pPr>
        <w:ind w:left="5403" w:hanging="360"/>
      </w:pPr>
      <w:rPr>
        <w:rFonts w:ascii="Courier New" w:hAnsi="Courier New" w:hint="default"/>
      </w:rPr>
    </w:lvl>
    <w:lvl w:ilvl="8" w:tplc="00C2663C">
      <w:start w:val="1"/>
      <w:numFmt w:val="bullet"/>
      <w:lvlText w:val=""/>
      <w:lvlJc w:val="left"/>
      <w:pPr>
        <w:ind w:left="6123" w:hanging="360"/>
      </w:pPr>
      <w:rPr>
        <w:rFonts w:ascii="Wingdings" w:hAnsi="Wingdings" w:hint="default"/>
      </w:rPr>
    </w:lvl>
  </w:abstractNum>
  <w:abstractNum w:abstractNumId="10" w15:restartNumberingAfterBreak="0">
    <w:nsid w:val="034EC81F"/>
    <w:multiLevelType w:val="hybridMultilevel"/>
    <w:tmpl w:val="14347E18"/>
    <w:lvl w:ilvl="0" w:tplc="D3D88040">
      <w:start w:val="1"/>
      <w:numFmt w:val="bullet"/>
      <w:lvlText w:val=""/>
      <w:lvlJc w:val="left"/>
      <w:pPr>
        <w:ind w:left="363" w:hanging="360"/>
      </w:pPr>
      <w:rPr>
        <w:rFonts w:ascii="Symbol" w:hAnsi="Symbol" w:hint="default"/>
      </w:rPr>
    </w:lvl>
    <w:lvl w:ilvl="1" w:tplc="A0DCAEA2">
      <w:start w:val="1"/>
      <w:numFmt w:val="bullet"/>
      <w:lvlText w:val="o"/>
      <w:lvlJc w:val="left"/>
      <w:pPr>
        <w:ind w:left="1083" w:hanging="360"/>
      </w:pPr>
      <w:rPr>
        <w:rFonts w:ascii="Courier New" w:hAnsi="Courier New" w:hint="default"/>
      </w:rPr>
    </w:lvl>
    <w:lvl w:ilvl="2" w:tplc="31945F60">
      <w:start w:val="1"/>
      <w:numFmt w:val="bullet"/>
      <w:lvlText w:val=""/>
      <w:lvlJc w:val="left"/>
      <w:pPr>
        <w:ind w:left="1803" w:hanging="360"/>
      </w:pPr>
      <w:rPr>
        <w:rFonts w:ascii="Wingdings" w:hAnsi="Wingdings" w:hint="default"/>
      </w:rPr>
    </w:lvl>
    <w:lvl w:ilvl="3" w:tplc="563EF478">
      <w:start w:val="1"/>
      <w:numFmt w:val="bullet"/>
      <w:lvlText w:val=""/>
      <w:lvlJc w:val="left"/>
      <w:pPr>
        <w:ind w:left="2523" w:hanging="360"/>
      </w:pPr>
      <w:rPr>
        <w:rFonts w:ascii="Symbol" w:hAnsi="Symbol" w:hint="default"/>
      </w:rPr>
    </w:lvl>
    <w:lvl w:ilvl="4" w:tplc="600C2AA2">
      <w:start w:val="1"/>
      <w:numFmt w:val="bullet"/>
      <w:lvlText w:val="o"/>
      <w:lvlJc w:val="left"/>
      <w:pPr>
        <w:ind w:left="3243" w:hanging="360"/>
      </w:pPr>
      <w:rPr>
        <w:rFonts w:ascii="Courier New" w:hAnsi="Courier New" w:hint="default"/>
      </w:rPr>
    </w:lvl>
    <w:lvl w:ilvl="5" w:tplc="08E47F00">
      <w:start w:val="1"/>
      <w:numFmt w:val="bullet"/>
      <w:lvlText w:val=""/>
      <w:lvlJc w:val="left"/>
      <w:pPr>
        <w:ind w:left="3963" w:hanging="360"/>
      </w:pPr>
      <w:rPr>
        <w:rFonts w:ascii="Wingdings" w:hAnsi="Wingdings" w:hint="default"/>
      </w:rPr>
    </w:lvl>
    <w:lvl w:ilvl="6" w:tplc="8EF012EE">
      <w:start w:val="1"/>
      <w:numFmt w:val="bullet"/>
      <w:lvlText w:val=""/>
      <w:lvlJc w:val="left"/>
      <w:pPr>
        <w:ind w:left="4683" w:hanging="360"/>
      </w:pPr>
      <w:rPr>
        <w:rFonts w:ascii="Symbol" w:hAnsi="Symbol" w:hint="default"/>
      </w:rPr>
    </w:lvl>
    <w:lvl w:ilvl="7" w:tplc="ACBAF78E">
      <w:start w:val="1"/>
      <w:numFmt w:val="bullet"/>
      <w:lvlText w:val="o"/>
      <w:lvlJc w:val="left"/>
      <w:pPr>
        <w:ind w:left="5403" w:hanging="360"/>
      </w:pPr>
      <w:rPr>
        <w:rFonts w:ascii="Courier New" w:hAnsi="Courier New" w:hint="default"/>
      </w:rPr>
    </w:lvl>
    <w:lvl w:ilvl="8" w:tplc="AB1CDA6C">
      <w:start w:val="1"/>
      <w:numFmt w:val="bullet"/>
      <w:lvlText w:val=""/>
      <w:lvlJc w:val="left"/>
      <w:pPr>
        <w:ind w:left="6123" w:hanging="360"/>
      </w:pPr>
      <w:rPr>
        <w:rFonts w:ascii="Wingdings" w:hAnsi="Wingdings" w:hint="default"/>
      </w:rPr>
    </w:lvl>
  </w:abstractNum>
  <w:abstractNum w:abstractNumId="11" w15:restartNumberingAfterBreak="0">
    <w:nsid w:val="2CA34043"/>
    <w:multiLevelType w:val="hybridMultilevel"/>
    <w:tmpl w:val="B858A57A"/>
    <w:lvl w:ilvl="0" w:tplc="E3362364">
      <w:start w:val="1"/>
      <w:numFmt w:val="bullet"/>
      <w:lvlText w:val=""/>
      <w:lvlJc w:val="left"/>
      <w:pPr>
        <w:ind w:left="720" w:hanging="360"/>
      </w:pPr>
      <w:rPr>
        <w:rFonts w:ascii="Symbol" w:hAnsi="Symbol" w:hint="default"/>
      </w:rPr>
    </w:lvl>
    <w:lvl w:ilvl="1" w:tplc="19E235A0">
      <w:start w:val="1"/>
      <w:numFmt w:val="bullet"/>
      <w:lvlText w:val="o"/>
      <w:lvlJc w:val="left"/>
      <w:pPr>
        <w:ind w:left="1440" w:hanging="360"/>
      </w:pPr>
      <w:rPr>
        <w:rFonts w:ascii="Courier New" w:hAnsi="Courier New" w:hint="default"/>
      </w:rPr>
    </w:lvl>
    <w:lvl w:ilvl="2" w:tplc="948C36FE">
      <w:start w:val="1"/>
      <w:numFmt w:val="bullet"/>
      <w:lvlText w:val=""/>
      <w:lvlJc w:val="left"/>
      <w:pPr>
        <w:ind w:left="2160" w:hanging="360"/>
      </w:pPr>
      <w:rPr>
        <w:rFonts w:ascii="Wingdings" w:hAnsi="Wingdings" w:hint="default"/>
      </w:rPr>
    </w:lvl>
    <w:lvl w:ilvl="3" w:tplc="03427878">
      <w:start w:val="1"/>
      <w:numFmt w:val="bullet"/>
      <w:lvlText w:val=""/>
      <w:lvlJc w:val="left"/>
      <w:pPr>
        <w:ind w:left="2880" w:hanging="360"/>
      </w:pPr>
      <w:rPr>
        <w:rFonts w:ascii="Symbol" w:hAnsi="Symbol" w:hint="default"/>
      </w:rPr>
    </w:lvl>
    <w:lvl w:ilvl="4" w:tplc="34E48C5E">
      <w:start w:val="1"/>
      <w:numFmt w:val="bullet"/>
      <w:lvlText w:val="o"/>
      <w:lvlJc w:val="left"/>
      <w:pPr>
        <w:ind w:left="3600" w:hanging="360"/>
      </w:pPr>
      <w:rPr>
        <w:rFonts w:ascii="Courier New" w:hAnsi="Courier New" w:hint="default"/>
      </w:rPr>
    </w:lvl>
    <w:lvl w:ilvl="5" w:tplc="5B90FC7E">
      <w:start w:val="1"/>
      <w:numFmt w:val="bullet"/>
      <w:lvlText w:val=""/>
      <w:lvlJc w:val="left"/>
      <w:pPr>
        <w:ind w:left="4320" w:hanging="360"/>
      </w:pPr>
      <w:rPr>
        <w:rFonts w:ascii="Wingdings" w:hAnsi="Wingdings" w:hint="default"/>
      </w:rPr>
    </w:lvl>
    <w:lvl w:ilvl="6" w:tplc="1F80C36E">
      <w:start w:val="1"/>
      <w:numFmt w:val="bullet"/>
      <w:lvlText w:val=""/>
      <w:lvlJc w:val="left"/>
      <w:pPr>
        <w:ind w:left="5040" w:hanging="360"/>
      </w:pPr>
      <w:rPr>
        <w:rFonts w:ascii="Symbol" w:hAnsi="Symbol" w:hint="default"/>
      </w:rPr>
    </w:lvl>
    <w:lvl w:ilvl="7" w:tplc="0C64C14E">
      <w:start w:val="1"/>
      <w:numFmt w:val="bullet"/>
      <w:lvlText w:val="o"/>
      <w:lvlJc w:val="left"/>
      <w:pPr>
        <w:ind w:left="5760" w:hanging="360"/>
      </w:pPr>
      <w:rPr>
        <w:rFonts w:ascii="Courier New" w:hAnsi="Courier New" w:hint="default"/>
      </w:rPr>
    </w:lvl>
    <w:lvl w:ilvl="8" w:tplc="58C02E52">
      <w:start w:val="1"/>
      <w:numFmt w:val="bullet"/>
      <w:lvlText w:val=""/>
      <w:lvlJc w:val="left"/>
      <w:pPr>
        <w:ind w:left="6480" w:hanging="360"/>
      </w:pPr>
      <w:rPr>
        <w:rFonts w:ascii="Wingdings" w:hAnsi="Wingdings" w:hint="default"/>
      </w:rPr>
    </w:lvl>
  </w:abstractNum>
  <w:abstractNum w:abstractNumId="12" w15:restartNumberingAfterBreak="0">
    <w:nsid w:val="345C1472"/>
    <w:multiLevelType w:val="hybridMultilevel"/>
    <w:tmpl w:val="D34EE192"/>
    <w:lvl w:ilvl="0" w:tplc="3C26C95A">
      <w:start w:val="1"/>
      <w:numFmt w:val="bullet"/>
      <w:lvlText w:val=""/>
      <w:lvlJc w:val="left"/>
      <w:pPr>
        <w:ind w:left="363" w:hanging="360"/>
      </w:pPr>
      <w:rPr>
        <w:rFonts w:ascii="Symbol" w:hAnsi="Symbol" w:hint="default"/>
      </w:rPr>
    </w:lvl>
    <w:lvl w:ilvl="1" w:tplc="F7726C12">
      <w:start w:val="1"/>
      <w:numFmt w:val="bullet"/>
      <w:lvlText w:val="o"/>
      <w:lvlJc w:val="left"/>
      <w:pPr>
        <w:ind w:left="1083" w:hanging="360"/>
      </w:pPr>
      <w:rPr>
        <w:rFonts w:ascii="Courier New" w:hAnsi="Courier New" w:hint="default"/>
      </w:rPr>
    </w:lvl>
    <w:lvl w:ilvl="2" w:tplc="860613E0">
      <w:start w:val="1"/>
      <w:numFmt w:val="bullet"/>
      <w:lvlText w:val=""/>
      <w:lvlJc w:val="left"/>
      <w:pPr>
        <w:ind w:left="1803" w:hanging="360"/>
      </w:pPr>
      <w:rPr>
        <w:rFonts w:ascii="Wingdings" w:hAnsi="Wingdings" w:hint="default"/>
      </w:rPr>
    </w:lvl>
    <w:lvl w:ilvl="3" w:tplc="E24E6F5E">
      <w:start w:val="1"/>
      <w:numFmt w:val="bullet"/>
      <w:lvlText w:val=""/>
      <w:lvlJc w:val="left"/>
      <w:pPr>
        <w:ind w:left="2523" w:hanging="360"/>
      </w:pPr>
      <w:rPr>
        <w:rFonts w:ascii="Symbol" w:hAnsi="Symbol" w:hint="default"/>
      </w:rPr>
    </w:lvl>
    <w:lvl w:ilvl="4" w:tplc="E190EE24">
      <w:start w:val="1"/>
      <w:numFmt w:val="bullet"/>
      <w:lvlText w:val="o"/>
      <w:lvlJc w:val="left"/>
      <w:pPr>
        <w:ind w:left="3243" w:hanging="360"/>
      </w:pPr>
      <w:rPr>
        <w:rFonts w:ascii="Courier New" w:hAnsi="Courier New" w:hint="default"/>
      </w:rPr>
    </w:lvl>
    <w:lvl w:ilvl="5" w:tplc="885EFCBA">
      <w:start w:val="1"/>
      <w:numFmt w:val="bullet"/>
      <w:lvlText w:val=""/>
      <w:lvlJc w:val="left"/>
      <w:pPr>
        <w:ind w:left="3963" w:hanging="360"/>
      </w:pPr>
      <w:rPr>
        <w:rFonts w:ascii="Wingdings" w:hAnsi="Wingdings" w:hint="default"/>
      </w:rPr>
    </w:lvl>
    <w:lvl w:ilvl="6" w:tplc="FD94E546">
      <w:start w:val="1"/>
      <w:numFmt w:val="bullet"/>
      <w:lvlText w:val=""/>
      <w:lvlJc w:val="left"/>
      <w:pPr>
        <w:ind w:left="4683" w:hanging="360"/>
      </w:pPr>
      <w:rPr>
        <w:rFonts w:ascii="Symbol" w:hAnsi="Symbol" w:hint="default"/>
      </w:rPr>
    </w:lvl>
    <w:lvl w:ilvl="7" w:tplc="6706D100">
      <w:start w:val="1"/>
      <w:numFmt w:val="bullet"/>
      <w:lvlText w:val="o"/>
      <w:lvlJc w:val="left"/>
      <w:pPr>
        <w:ind w:left="5403" w:hanging="360"/>
      </w:pPr>
      <w:rPr>
        <w:rFonts w:ascii="Courier New" w:hAnsi="Courier New" w:hint="default"/>
      </w:rPr>
    </w:lvl>
    <w:lvl w:ilvl="8" w:tplc="7BB43504">
      <w:start w:val="1"/>
      <w:numFmt w:val="bullet"/>
      <w:lvlText w:val=""/>
      <w:lvlJc w:val="left"/>
      <w:pPr>
        <w:ind w:left="6123" w:hanging="360"/>
      </w:pPr>
      <w:rPr>
        <w:rFonts w:ascii="Wingdings" w:hAnsi="Wingdings" w:hint="default"/>
      </w:rPr>
    </w:lvl>
  </w:abstractNum>
  <w:abstractNum w:abstractNumId="13" w15:restartNumberingAfterBreak="0">
    <w:nsid w:val="3F0661C0"/>
    <w:multiLevelType w:val="hybridMultilevel"/>
    <w:tmpl w:val="5F42F0F6"/>
    <w:lvl w:ilvl="0" w:tplc="D716F5B8">
      <w:start w:val="1"/>
      <w:numFmt w:val="bullet"/>
      <w:lvlText w:val=""/>
      <w:lvlJc w:val="left"/>
      <w:pPr>
        <w:ind w:left="720" w:hanging="360"/>
      </w:pPr>
      <w:rPr>
        <w:rFonts w:ascii="Symbol" w:hAnsi="Symbol" w:hint="default"/>
      </w:rPr>
    </w:lvl>
    <w:lvl w:ilvl="1" w:tplc="5E9C0F78">
      <w:start w:val="1"/>
      <w:numFmt w:val="bullet"/>
      <w:lvlText w:val="o"/>
      <w:lvlJc w:val="left"/>
      <w:pPr>
        <w:ind w:left="1440" w:hanging="360"/>
      </w:pPr>
      <w:rPr>
        <w:rFonts w:ascii="Courier New" w:hAnsi="Courier New" w:hint="default"/>
      </w:rPr>
    </w:lvl>
    <w:lvl w:ilvl="2" w:tplc="E124AC00">
      <w:start w:val="1"/>
      <w:numFmt w:val="bullet"/>
      <w:lvlText w:val=""/>
      <w:lvlJc w:val="left"/>
      <w:pPr>
        <w:ind w:left="2160" w:hanging="360"/>
      </w:pPr>
      <w:rPr>
        <w:rFonts w:ascii="Wingdings" w:hAnsi="Wingdings" w:hint="default"/>
      </w:rPr>
    </w:lvl>
    <w:lvl w:ilvl="3" w:tplc="F1805034">
      <w:start w:val="1"/>
      <w:numFmt w:val="bullet"/>
      <w:lvlText w:val=""/>
      <w:lvlJc w:val="left"/>
      <w:pPr>
        <w:ind w:left="2880" w:hanging="360"/>
      </w:pPr>
      <w:rPr>
        <w:rFonts w:ascii="Symbol" w:hAnsi="Symbol" w:hint="default"/>
      </w:rPr>
    </w:lvl>
    <w:lvl w:ilvl="4" w:tplc="4D0AD9AC">
      <w:start w:val="1"/>
      <w:numFmt w:val="bullet"/>
      <w:lvlText w:val="o"/>
      <w:lvlJc w:val="left"/>
      <w:pPr>
        <w:ind w:left="3600" w:hanging="360"/>
      </w:pPr>
      <w:rPr>
        <w:rFonts w:ascii="Courier New" w:hAnsi="Courier New" w:hint="default"/>
      </w:rPr>
    </w:lvl>
    <w:lvl w:ilvl="5" w:tplc="299230F2">
      <w:start w:val="1"/>
      <w:numFmt w:val="bullet"/>
      <w:lvlText w:val=""/>
      <w:lvlJc w:val="left"/>
      <w:pPr>
        <w:ind w:left="4320" w:hanging="360"/>
      </w:pPr>
      <w:rPr>
        <w:rFonts w:ascii="Wingdings" w:hAnsi="Wingdings" w:hint="default"/>
      </w:rPr>
    </w:lvl>
    <w:lvl w:ilvl="6" w:tplc="119A9B18">
      <w:start w:val="1"/>
      <w:numFmt w:val="bullet"/>
      <w:lvlText w:val=""/>
      <w:lvlJc w:val="left"/>
      <w:pPr>
        <w:ind w:left="5040" w:hanging="360"/>
      </w:pPr>
      <w:rPr>
        <w:rFonts w:ascii="Symbol" w:hAnsi="Symbol" w:hint="default"/>
      </w:rPr>
    </w:lvl>
    <w:lvl w:ilvl="7" w:tplc="956487A4">
      <w:start w:val="1"/>
      <w:numFmt w:val="bullet"/>
      <w:lvlText w:val="o"/>
      <w:lvlJc w:val="left"/>
      <w:pPr>
        <w:ind w:left="5760" w:hanging="360"/>
      </w:pPr>
      <w:rPr>
        <w:rFonts w:ascii="Courier New" w:hAnsi="Courier New" w:hint="default"/>
      </w:rPr>
    </w:lvl>
    <w:lvl w:ilvl="8" w:tplc="311ECB64">
      <w:start w:val="1"/>
      <w:numFmt w:val="bullet"/>
      <w:lvlText w:val=""/>
      <w:lvlJc w:val="left"/>
      <w:pPr>
        <w:ind w:left="6480" w:hanging="360"/>
      </w:pPr>
      <w:rPr>
        <w:rFonts w:ascii="Wingdings" w:hAnsi="Wingdings" w:hint="default"/>
      </w:rPr>
    </w:lvl>
  </w:abstractNum>
  <w:abstractNum w:abstractNumId="14" w15:restartNumberingAfterBreak="0">
    <w:nsid w:val="41AD007F"/>
    <w:multiLevelType w:val="hybridMultilevel"/>
    <w:tmpl w:val="3AF89072"/>
    <w:lvl w:ilvl="0" w:tplc="E718486A">
      <w:start w:val="1"/>
      <w:numFmt w:val="bullet"/>
      <w:lvlText w:val=""/>
      <w:lvlJc w:val="left"/>
      <w:pPr>
        <w:ind w:left="363" w:hanging="360"/>
      </w:pPr>
      <w:rPr>
        <w:rFonts w:ascii="Symbol" w:hAnsi="Symbol" w:hint="default"/>
      </w:rPr>
    </w:lvl>
    <w:lvl w:ilvl="1" w:tplc="7A407B66">
      <w:start w:val="1"/>
      <w:numFmt w:val="bullet"/>
      <w:lvlText w:val="o"/>
      <w:lvlJc w:val="left"/>
      <w:pPr>
        <w:ind w:left="1083" w:hanging="360"/>
      </w:pPr>
      <w:rPr>
        <w:rFonts w:ascii="Courier New" w:hAnsi="Courier New" w:hint="default"/>
      </w:rPr>
    </w:lvl>
    <w:lvl w:ilvl="2" w:tplc="9974986E">
      <w:start w:val="1"/>
      <w:numFmt w:val="bullet"/>
      <w:lvlText w:val=""/>
      <w:lvlJc w:val="left"/>
      <w:pPr>
        <w:ind w:left="1803" w:hanging="360"/>
      </w:pPr>
      <w:rPr>
        <w:rFonts w:ascii="Wingdings" w:hAnsi="Wingdings" w:hint="default"/>
      </w:rPr>
    </w:lvl>
    <w:lvl w:ilvl="3" w:tplc="5412C87E">
      <w:start w:val="1"/>
      <w:numFmt w:val="bullet"/>
      <w:lvlText w:val=""/>
      <w:lvlJc w:val="left"/>
      <w:pPr>
        <w:ind w:left="2523" w:hanging="360"/>
      </w:pPr>
      <w:rPr>
        <w:rFonts w:ascii="Symbol" w:hAnsi="Symbol" w:hint="default"/>
      </w:rPr>
    </w:lvl>
    <w:lvl w:ilvl="4" w:tplc="210294FC">
      <w:start w:val="1"/>
      <w:numFmt w:val="bullet"/>
      <w:lvlText w:val="o"/>
      <w:lvlJc w:val="left"/>
      <w:pPr>
        <w:ind w:left="3243" w:hanging="360"/>
      </w:pPr>
      <w:rPr>
        <w:rFonts w:ascii="Courier New" w:hAnsi="Courier New" w:hint="default"/>
      </w:rPr>
    </w:lvl>
    <w:lvl w:ilvl="5" w:tplc="243A1C8A">
      <w:start w:val="1"/>
      <w:numFmt w:val="bullet"/>
      <w:lvlText w:val=""/>
      <w:lvlJc w:val="left"/>
      <w:pPr>
        <w:ind w:left="3963" w:hanging="360"/>
      </w:pPr>
      <w:rPr>
        <w:rFonts w:ascii="Wingdings" w:hAnsi="Wingdings" w:hint="default"/>
      </w:rPr>
    </w:lvl>
    <w:lvl w:ilvl="6" w:tplc="4D2018CE">
      <w:start w:val="1"/>
      <w:numFmt w:val="bullet"/>
      <w:lvlText w:val=""/>
      <w:lvlJc w:val="left"/>
      <w:pPr>
        <w:ind w:left="4683" w:hanging="360"/>
      </w:pPr>
      <w:rPr>
        <w:rFonts w:ascii="Symbol" w:hAnsi="Symbol" w:hint="default"/>
      </w:rPr>
    </w:lvl>
    <w:lvl w:ilvl="7" w:tplc="F57E7846">
      <w:start w:val="1"/>
      <w:numFmt w:val="bullet"/>
      <w:lvlText w:val="o"/>
      <w:lvlJc w:val="left"/>
      <w:pPr>
        <w:ind w:left="5403" w:hanging="360"/>
      </w:pPr>
      <w:rPr>
        <w:rFonts w:ascii="Courier New" w:hAnsi="Courier New" w:hint="default"/>
      </w:rPr>
    </w:lvl>
    <w:lvl w:ilvl="8" w:tplc="77A693E2">
      <w:start w:val="1"/>
      <w:numFmt w:val="bullet"/>
      <w:lvlText w:val=""/>
      <w:lvlJc w:val="left"/>
      <w:pPr>
        <w:ind w:left="6123" w:hanging="360"/>
      </w:pPr>
      <w:rPr>
        <w:rFonts w:ascii="Wingdings" w:hAnsi="Wingdings" w:hint="default"/>
      </w:rPr>
    </w:lvl>
  </w:abstractNum>
  <w:abstractNum w:abstractNumId="15" w15:restartNumberingAfterBreak="0">
    <w:nsid w:val="4428D691"/>
    <w:multiLevelType w:val="hybridMultilevel"/>
    <w:tmpl w:val="AFDE6112"/>
    <w:lvl w:ilvl="0" w:tplc="70D292AC">
      <w:start w:val="1"/>
      <w:numFmt w:val="bullet"/>
      <w:lvlText w:val=""/>
      <w:lvlJc w:val="left"/>
      <w:pPr>
        <w:ind w:left="720" w:hanging="360"/>
      </w:pPr>
      <w:rPr>
        <w:rFonts w:ascii="Symbol" w:hAnsi="Symbol" w:hint="default"/>
      </w:rPr>
    </w:lvl>
    <w:lvl w:ilvl="1" w:tplc="6AFCDB0C">
      <w:start w:val="1"/>
      <w:numFmt w:val="bullet"/>
      <w:lvlText w:val="o"/>
      <w:lvlJc w:val="left"/>
      <w:pPr>
        <w:ind w:left="1440" w:hanging="360"/>
      </w:pPr>
      <w:rPr>
        <w:rFonts w:ascii="Courier New" w:hAnsi="Courier New" w:hint="default"/>
      </w:rPr>
    </w:lvl>
    <w:lvl w:ilvl="2" w:tplc="0A5CDC28">
      <w:start w:val="1"/>
      <w:numFmt w:val="bullet"/>
      <w:lvlText w:val=""/>
      <w:lvlJc w:val="left"/>
      <w:pPr>
        <w:ind w:left="2160" w:hanging="360"/>
      </w:pPr>
      <w:rPr>
        <w:rFonts w:ascii="Wingdings" w:hAnsi="Wingdings" w:hint="default"/>
      </w:rPr>
    </w:lvl>
    <w:lvl w:ilvl="3" w:tplc="783CF5E2">
      <w:start w:val="1"/>
      <w:numFmt w:val="bullet"/>
      <w:lvlText w:val=""/>
      <w:lvlJc w:val="left"/>
      <w:pPr>
        <w:ind w:left="2880" w:hanging="360"/>
      </w:pPr>
      <w:rPr>
        <w:rFonts w:ascii="Symbol" w:hAnsi="Symbol" w:hint="default"/>
      </w:rPr>
    </w:lvl>
    <w:lvl w:ilvl="4" w:tplc="71E8564A">
      <w:start w:val="1"/>
      <w:numFmt w:val="bullet"/>
      <w:lvlText w:val="o"/>
      <w:lvlJc w:val="left"/>
      <w:pPr>
        <w:ind w:left="3600" w:hanging="360"/>
      </w:pPr>
      <w:rPr>
        <w:rFonts w:ascii="Courier New" w:hAnsi="Courier New" w:hint="default"/>
      </w:rPr>
    </w:lvl>
    <w:lvl w:ilvl="5" w:tplc="C89465F8">
      <w:start w:val="1"/>
      <w:numFmt w:val="bullet"/>
      <w:lvlText w:val=""/>
      <w:lvlJc w:val="left"/>
      <w:pPr>
        <w:ind w:left="4320" w:hanging="360"/>
      </w:pPr>
      <w:rPr>
        <w:rFonts w:ascii="Wingdings" w:hAnsi="Wingdings" w:hint="default"/>
      </w:rPr>
    </w:lvl>
    <w:lvl w:ilvl="6" w:tplc="5B22C0D6">
      <w:start w:val="1"/>
      <w:numFmt w:val="bullet"/>
      <w:lvlText w:val=""/>
      <w:lvlJc w:val="left"/>
      <w:pPr>
        <w:ind w:left="5040" w:hanging="360"/>
      </w:pPr>
      <w:rPr>
        <w:rFonts w:ascii="Symbol" w:hAnsi="Symbol" w:hint="default"/>
      </w:rPr>
    </w:lvl>
    <w:lvl w:ilvl="7" w:tplc="75BC1D44">
      <w:start w:val="1"/>
      <w:numFmt w:val="bullet"/>
      <w:lvlText w:val="o"/>
      <w:lvlJc w:val="left"/>
      <w:pPr>
        <w:ind w:left="5760" w:hanging="360"/>
      </w:pPr>
      <w:rPr>
        <w:rFonts w:ascii="Courier New" w:hAnsi="Courier New" w:hint="default"/>
      </w:rPr>
    </w:lvl>
    <w:lvl w:ilvl="8" w:tplc="431C0F2C">
      <w:start w:val="1"/>
      <w:numFmt w:val="bullet"/>
      <w:lvlText w:val=""/>
      <w:lvlJc w:val="left"/>
      <w:pPr>
        <w:ind w:left="6480" w:hanging="360"/>
      </w:pPr>
      <w:rPr>
        <w:rFonts w:ascii="Wingdings" w:hAnsi="Wingdings" w:hint="default"/>
      </w:rPr>
    </w:lvl>
  </w:abstractNum>
  <w:abstractNum w:abstractNumId="16" w15:restartNumberingAfterBreak="0">
    <w:nsid w:val="454FBAC9"/>
    <w:multiLevelType w:val="hybridMultilevel"/>
    <w:tmpl w:val="5A96B038"/>
    <w:lvl w:ilvl="0" w:tplc="01E2891A">
      <w:start w:val="1"/>
      <w:numFmt w:val="bullet"/>
      <w:lvlText w:val=""/>
      <w:lvlJc w:val="left"/>
      <w:pPr>
        <w:ind w:left="720" w:hanging="360"/>
      </w:pPr>
      <w:rPr>
        <w:rFonts w:ascii="Symbol" w:hAnsi="Symbol" w:hint="default"/>
      </w:rPr>
    </w:lvl>
    <w:lvl w:ilvl="1" w:tplc="31C6DC5C">
      <w:start w:val="1"/>
      <w:numFmt w:val="bullet"/>
      <w:lvlText w:val="o"/>
      <w:lvlJc w:val="left"/>
      <w:pPr>
        <w:ind w:left="1440" w:hanging="360"/>
      </w:pPr>
      <w:rPr>
        <w:rFonts w:ascii="Courier New" w:hAnsi="Courier New" w:hint="default"/>
      </w:rPr>
    </w:lvl>
    <w:lvl w:ilvl="2" w:tplc="48B48110">
      <w:start w:val="1"/>
      <w:numFmt w:val="bullet"/>
      <w:lvlText w:val=""/>
      <w:lvlJc w:val="left"/>
      <w:pPr>
        <w:ind w:left="2160" w:hanging="360"/>
      </w:pPr>
      <w:rPr>
        <w:rFonts w:ascii="Wingdings" w:hAnsi="Wingdings" w:hint="default"/>
      </w:rPr>
    </w:lvl>
    <w:lvl w:ilvl="3" w:tplc="A7702054">
      <w:start w:val="1"/>
      <w:numFmt w:val="bullet"/>
      <w:lvlText w:val=""/>
      <w:lvlJc w:val="left"/>
      <w:pPr>
        <w:ind w:left="2880" w:hanging="360"/>
      </w:pPr>
      <w:rPr>
        <w:rFonts w:ascii="Symbol" w:hAnsi="Symbol" w:hint="default"/>
      </w:rPr>
    </w:lvl>
    <w:lvl w:ilvl="4" w:tplc="8142604C">
      <w:start w:val="1"/>
      <w:numFmt w:val="bullet"/>
      <w:lvlText w:val="o"/>
      <w:lvlJc w:val="left"/>
      <w:pPr>
        <w:ind w:left="3600" w:hanging="360"/>
      </w:pPr>
      <w:rPr>
        <w:rFonts w:ascii="Courier New" w:hAnsi="Courier New" w:hint="default"/>
      </w:rPr>
    </w:lvl>
    <w:lvl w:ilvl="5" w:tplc="A33A8F3E">
      <w:start w:val="1"/>
      <w:numFmt w:val="bullet"/>
      <w:lvlText w:val=""/>
      <w:lvlJc w:val="left"/>
      <w:pPr>
        <w:ind w:left="4320" w:hanging="360"/>
      </w:pPr>
      <w:rPr>
        <w:rFonts w:ascii="Wingdings" w:hAnsi="Wingdings" w:hint="default"/>
      </w:rPr>
    </w:lvl>
    <w:lvl w:ilvl="6" w:tplc="D3E80A3A">
      <w:start w:val="1"/>
      <w:numFmt w:val="bullet"/>
      <w:lvlText w:val=""/>
      <w:lvlJc w:val="left"/>
      <w:pPr>
        <w:ind w:left="5040" w:hanging="360"/>
      </w:pPr>
      <w:rPr>
        <w:rFonts w:ascii="Symbol" w:hAnsi="Symbol" w:hint="default"/>
      </w:rPr>
    </w:lvl>
    <w:lvl w:ilvl="7" w:tplc="D30CFD5E">
      <w:start w:val="1"/>
      <w:numFmt w:val="bullet"/>
      <w:lvlText w:val="o"/>
      <w:lvlJc w:val="left"/>
      <w:pPr>
        <w:ind w:left="5760" w:hanging="360"/>
      </w:pPr>
      <w:rPr>
        <w:rFonts w:ascii="Courier New" w:hAnsi="Courier New" w:hint="default"/>
      </w:rPr>
    </w:lvl>
    <w:lvl w:ilvl="8" w:tplc="9BF0BE80">
      <w:start w:val="1"/>
      <w:numFmt w:val="bullet"/>
      <w:lvlText w:val=""/>
      <w:lvlJc w:val="left"/>
      <w:pPr>
        <w:ind w:left="6480" w:hanging="360"/>
      </w:pPr>
      <w:rPr>
        <w:rFonts w:ascii="Wingdings" w:hAnsi="Wingdings" w:hint="default"/>
      </w:rPr>
    </w:lvl>
  </w:abstractNum>
  <w:abstractNum w:abstractNumId="17" w15:restartNumberingAfterBreak="0">
    <w:nsid w:val="596FB5EA"/>
    <w:multiLevelType w:val="hybridMultilevel"/>
    <w:tmpl w:val="E6746B52"/>
    <w:lvl w:ilvl="0" w:tplc="A57AA13C">
      <w:start w:val="1"/>
      <w:numFmt w:val="bullet"/>
      <w:lvlText w:val=""/>
      <w:lvlJc w:val="left"/>
      <w:pPr>
        <w:ind w:left="720" w:hanging="360"/>
      </w:pPr>
      <w:rPr>
        <w:rFonts w:ascii="Symbol" w:hAnsi="Symbol" w:hint="default"/>
      </w:rPr>
    </w:lvl>
    <w:lvl w:ilvl="1" w:tplc="072C7402">
      <w:start w:val="1"/>
      <w:numFmt w:val="bullet"/>
      <w:lvlText w:val="o"/>
      <w:lvlJc w:val="left"/>
      <w:pPr>
        <w:ind w:left="1440" w:hanging="360"/>
      </w:pPr>
      <w:rPr>
        <w:rFonts w:ascii="Courier New" w:hAnsi="Courier New" w:hint="default"/>
      </w:rPr>
    </w:lvl>
    <w:lvl w:ilvl="2" w:tplc="D42893CA">
      <w:start w:val="1"/>
      <w:numFmt w:val="bullet"/>
      <w:lvlText w:val=""/>
      <w:lvlJc w:val="left"/>
      <w:pPr>
        <w:ind w:left="2160" w:hanging="360"/>
      </w:pPr>
      <w:rPr>
        <w:rFonts w:ascii="Wingdings" w:hAnsi="Wingdings" w:hint="default"/>
      </w:rPr>
    </w:lvl>
    <w:lvl w:ilvl="3" w:tplc="22BA8CC4">
      <w:start w:val="1"/>
      <w:numFmt w:val="bullet"/>
      <w:lvlText w:val=""/>
      <w:lvlJc w:val="left"/>
      <w:pPr>
        <w:ind w:left="2880" w:hanging="360"/>
      </w:pPr>
      <w:rPr>
        <w:rFonts w:ascii="Symbol" w:hAnsi="Symbol" w:hint="default"/>
      </w:rPr>
    </w:lvl>
    <w:lvl w:ilvl="4" w:tplc="D8C6D138">
      <w:start w:val="1"/>
      <w:numFmt w:val="bullet"/>
      <w:lvlText w:val="o"/>
      <w:lvlJc w:val="left"/>
      <w:pPr>
        <w:ind w:left="3600" w:hanging="360"/>
      </w:pPr>
      <w:rPr>
        <w:rFonts w:ascii="Courier New" w:hAnsi="Courier New" w:hint="default"/>
      </w:rPr>
    </w:lvl>
    <w:lvl w:ilvl="5" w:tplc="C8A023FE">
      <w:start w:val="1"/>
      <w:numFmt w:val="bullet"/>
      <w:lvlText w:val=""/>
      <w:lvlJc w:val="left"/>
      <w:pPr>
        <w:ind w:left="4320" w:hanging="360"/>
      </w:pPr>
      <w:rPr>
        <w:rFonts w:ascii="Wingdings" w:hAnsi="Wingdings" w:hint="default"/>
      </w:rPr>
    </w:lvl>
    <w:lvl w:ilvl="6" w:tplc="1E54C92A">
      <w:start w:val="1"/>
      <w:numFmt w:val="bullet"/>
      <w:lvlText w:val=""/>
      <w:lvlJc w:val="left"/>
      <w:pPr>
        <w:ind w:left="5040" w:hanging="360"/>
      </w:pPr>
      <w:rPr>
        <w:rFonts w:ascii="Symbol" w:hAnsi="Symbol" w:hint="default"/>
      </w:rPr>
    </w:lvl>
    <w:lvl w:ilvl="7" w:tplc="DB4EDD56">
      <w:start w:val="1"/>
      <w:numFmt w:val="bullet"/>
      <w:lvlText w:val="o"/>
      <w:lvlJc w:val="left"/>
      <w:pPr>
        <w:ind w:left="5760" w:hanging="360"/>
      </w:pPr>
      <w:rPr>
        <w:rFonts w:ascii="Courier New" w:hAnsi="Courier New" w:hint="default"/>
      </w:rPr>
    </w:lvl>
    <w:lvl w:ilvl="8" w:tplc="D798923A">
      <w:start w:val="1"/>
      <w:numFmt w:val="bullet"/>
      <w:lvlText w:val=""/>
      <w:lvlJc w:val="left"/>
      <w:pPr>
        <w:ind w:left="6480" w:hanging="360"/>
      </w:pPr>
      <w:rPr>
        <w:rFonts w:ascii="Wingdings" w:hAnsi="Wingdings" w:hint="default"/>
      </w:rPr>
    </w:lvl>
  </w:abstractNum>
  <w:abstractNum w:abstractNumId="18" w15:restartNumberingAfterBreak="0">
    <w:nsid w:val="67F01236"/>
    <w:multiLevelType w:val="hybridMultilevel"/>
    <w:tmpl w:val="EDAEB600"/>
    <w:lvl w:ilvl="0" w:tplc="A4142598">
      <w:start w:val="1"/>
      <w:numFmt w:val="bullet"/>
      <w:lvlText w:val=""/>
      <w:lvlJc w:val="left"/>
      <w:pPr>
        <w:ind w:left="720" w:hanging="360"/>
      </w:pPr>
      <w:rPr>
        <w:rFonts w:ascii="Symbol" w:hAnsi="Symbol" w:hint="default"/>
      </w:rPr>
    </w:lvl>
    <w:lvl w:ilvl="1" w:tplc="8358548A">
      <w:start w:val="1"/>
      <w:numFmt w:val="bullet"/>
      <w:lvlText w:val="o"/>
      <w:lvlJc w:val="left"/>
      <w:pPr>
        <w:ind w:left="1440" w:hanging="360"/>
      </w:pPr>
      <w:rPr>
        <w:rFonts w:ascii="Courier New" w:hAnsi="Courier New" w:hint="default"/>
      </w:rPr>
    </w:lvl>
    <w:lvl w:ilvl="2" w:tplc="8DF67DFE">
      <w:start w:val="1"/>
      <w:numFmt w:val="bullet"/>
      <w:lvlText w:val=""/>
      <w:lvlJc w:val="left"/>
      <w:pPr>
        <w:ind w:left="2160" w:hanging="360"/>
      </w:pPr>
      <w:rPr>
        <w:rFonts w:ascii="Wingdings" w:hAnsi="Wingdings" w:hint="default"/>
      </w:rPr>
    </w:lvl>
    <w:lvl w:ilvl="3" w:tplc="F5BE3BCA">
      <w:start w:val="1"/>
      <w:numFmt w:val="bullet"/>
      <w:lvlText w:val=""/>
      <w:lvlJc w:val="left"/>
      <w:pPr>
        <w:ind w:left="2880" w:hanging="360"/>
      </w:pPr>
      <w:rPr>
        <w:rFonts w:ascii="Symbol" w:hAnsi="Symbol" w:hint="default"/>
      </w:rPr>
    </w:lvl>
    <w:lvl w:ilvl="4" w:tplc="0B900C9E">
      <w:start w:val="1"/>
      <w:numFmt w:val="bullet"/>
      <w:lvlText w:val="o"/>
      <w:lvlJc w:val="left"/>
      <w:pPr>
        <w:ind w:left="3600" w:hanging="360"/>
      </w:pPr>
      <w:rPr>
        <w:rFonts w:ascii="Courier New" w:hAnsi="Courier New" w:hint="default"/>
      </w:rPr>
    </w:lvl>
    <w:lvl w:ilvl="5" w:tplc="780623DE">
      <w:start w:val="1"/>
      <w:numFmt w:val="bullet"/>
      <w:lvlText w:val=""/>
      <w:lvlJc w:val="left"/>
      <w:pPr>
        <w:ind w:left="4320" w:hanging="360"/>
      </w:pPr>
      <w:rPr>
        <w:rFonts w:ascii="Wingdings" w:hAnsi="Wingdings" w:hint="default"/>
      </w:rPr>
    </w:lvl>
    <w:lvl w:ilvl="6" w:tplc="6D5252F0">
      <w:start w:val="1"/>
      <w:numFmt w:val="bullet"/>
      <w:lvlText w:val=""/>
      <w:lvlJc w:val="left"/>
      <w:pPr>
        <w:ind w:left="5040" w:hanging="360"/>
      </w:pPr>
      <w:rPr>
        <w:rFonts w:ascii="Symbol" w:hAnsi="Symbol" w:hint="default"/>
      </w:rPr>
    </w:lvl>
    <w:lvl w:ilvl="7" w:tplc="24C2AEA4">
      <w:start w:val="1"/>
      <w:numFmt w:val="bullet"/>
      <w:lvlText w:val="o"/>
      <w:lvlJc w:val="left"/>
      <w:pPr>
        <w:ind w:left="5760" w:hanging="360"/>
      </w:pPr>
      <w:rPr>
        <w:rFonts w:ascii="Courier New" w:hAnsi="Courier New" w:hint="default"/>
      </w:rPr>
    </w:lvl>
    <w:lvl w:ilvl="8" w:tplc="5D947B2C">
      <w:start w:val="1"/>
      <w:numFmt w:val="bullet"/>
      <w:lvlText w:val=""/>
      <w:lvlJc w:val="left"/>
      <w:pPr>
        <w:ind w:left="6480" w:hanging="360"/>
      </w:pPr>
      <w:rPr>
        <w:rFonts w:ascii="Wingdings" w:hAnsi="Wingdings" w:hint="default"/>
      </w:rPr>
    </w:lvl>
  </w:abstractNum>
  <w:abstractNum w:abstractNumId="19" w15:restartNumberingAfterBreak="0">
    <w:nsid w:val="71B40551"/>
    <w:multiLevelType w:val="hybridMultilevel"/>
    <w:tmpl w:val="98F0985E"/>
    <w:lvl w:ilvl="0" w:tplc="B358DFD4">
      <w:start w:val="1"/>
      <w:numFmt w:val="bullet"/>
      <w:lvlText w:val=""/>
      <w:lvlJc w:val="left"/>
      <w:pPr>
        <w:ind w:left="363" w:hanging="360"/>
      </w:pPr>
      <w:rPr>
        <w:rFonts w:ascii="Symbol" w:hAnsi="Symbol" w:hint="default"/>
      </w:rPr>
    </w:lvl>
    <w:lvl w:ilvl="1" w:tplc="8C88E7A4">
      <w:start w:val="1"/>
      <w:numFmt w:val="bullet"/>
      <w:lvlText w:val="o"/>
      <w:lvlJc w:val="left"/>
      <w:pPr>
        <w:ind w:left="1083" w:hanging="360"/>
      </w:pPr>
      <w:rPr>
        <w:rFonts w:ascii="Courier New" w:hAnsi="Courier New" w:hint="default"/>
      </w:rPr>
    </w:lvl>
    <w:lvl w:ilvl="2" w:tplc="379CCB16">
      <w:start w:val="1"/>
      <w:numFmt w:val="bullet"/>
      <w:lvlText w:val=""/>
      <w:lvlJc w:val="left"/>
      <w:pPr>
        <w:ind w:left="1803" w:hanging="360"/>
      </w:pPr>
      <w:rPr>
        <w:rFonts w:ascii="Wingdings" w:hAnsi="Wingdings" w:hint="default"/>
      </w:rPr>
    </w:lvl>
    <w:lvl w:ilvl="3" w:tplc="8D50DEF8">
      <w:start w:val="1"/>
      <w:numFmt w:val="bullet"/>
      <w:lvlText w:val=""/>
      <w:lvlJc w:val="left"/>
      <w:pPr>
        <w:ind w:left="2523" w:hanging="360"/>
      </w:pPr>
      <w:rPr>
        <w:rFonts w:ascii="Symbol" w:hAnsi="Symbol" w:hint="default"/>
      </w:rPr>
    </w:lvl>
    <w:lvl w:ilvl="4" w:tplc="6D5E3516">
      <w:start w:val="1"/>
      <w:numFmt w:val="bullet"/>
      <w:lvlText w:val="o"/>
      <w:lvlJc w:val="left"/>
      <w:pPr>
        <w:ind w:left="3243" w:hanging="360"/>
      </w:pPr>
      <w:rPr>
        <w:rFonts w:ascii="Courier New" w:hAnsi="Courier New" w:hint="default"/>
      </w:rPr>
    </w:lvl>
    <w:lvl w:ilvl="5" w:tplc="1EFAC0EE">
      <w:start w:val="1"/>
      <w:numFmt w:val="bullet"/>
      <w:lvlText w:val=""/>
      <w:lvlJc w:val="left"/>
      <w:pPr>
        <w:ind w:left="3963" w:hanging="360"/>
      </w:pPr>
      <w:rPr>
        <w:rFonts w:ascii="Wingdings" w:hAnsi="Wingdings" w:hint="default"/>
      </w:rPr>
    </w:lvl>
    <w:lvl w:ilvl="6" w:tplc="DBC6EF2C">
      <w:start w:val="1"/>
      <w:numFmt w:val="bullet"/>
      <w:lvlText w:val=""/>
      <w:lvlJc w:val="left"/>
      <w:pPr>
        <w:ind w:left="4683" w:hanging="360"/>
      </w:pPr>
      <w:rPr>
        <w:rFonts w:ascii="Symbol" w:hAnsi="Symbol" w:hint="default"/>
      </w:rPr>
    </w:lvl>
    <w:lvl w:ilvl="7" w:tplc="2D9AF232">
      <w:start w:val="1"/>
      <w:numFmt w:val="bullet"/>
      <w:lvlText w:val="o"/>
      <w:lvlJc w:val="left"/>
      <w:pPr>
        <w:ind w:left="5403" w:hanging="360"/>
      </w:pPr>
      <w:rPr>
        <w:rFonts w:ascii="Courier New" w:hAnsi="Courier New" w:hint="default"/>
      </w:rPr>
    </w:lvl>
    <w:lvl w:ilvl="8" w:tplc="F12E0308">
      <w:start w:val="1"/>
      <w:numFmt w:val="bullet"/>
      <w:lvlText w:val=""/>
      <w:lvlJc w:val="left"/>
      <w:pPr>
        <w:ind w:left="6123" w:hanging="360"/>
      </w:pPr>
      <w:rPr>
        <w:rFonts w:ascii="Wingdings" w:hAnsi="Wingdings" w:hint="default"/>
      </w:rPr>
    </w:lvl>
  </w:abstractNum>
  <w:num w:numId="1" w16cid:durableId="670521514">
    <w:abstractNumId w:val="16"/>
  </w:num>
  <w:num w:numId="2" w16cid:durableId="1333071160">
    <w:abstractNumId w:val="14"/>
  </w:num>
  <w:num w:numId="3" w16cid:durableId="465240475">
    <w:abstractNumId w:val="15"/>
  </w:num>
  <w:num w:numId="4" w16cid:durableId="1965381557">
    <w:abstractNumId w:val="10"/>
  </w:num>
  <w:num w:numId="5" w16cid:durableId="377438441">
    <w:abstractNumId w:val="9"/>
  </w:num>
  <w:num w:numId="6" w16cid:durableId="2061245495">
    <w:abstractNumId w:val="17"/>
  </w:num>
  <w:num w:numId="7" w16cid:durableId="863715462">
    <w:abstractNumId w:val="13"/>
  </w:num>
  <w:num w:numId="8" w16cid:durableId="1246577344">
    <w:abstractNumId w:val="19"/>
  </w:num>
  <w:num w:numId="9" w16cid:durableId="7025534">
    <w:abstractNumId w:val="12"/>
  </w:num>
  <w:num w:numId="10" w16cid:durableId="1720788045">
    <w:abstractNumId w:val="18"/>
  </w:num>
  <w:num w:numId="11" w16cid:durableId="780495082">
    <w:abstractNumId w:val="11"/>
  </w:num>
  <w:num w:numId="12" w16cid:durableId="722291348">
    <w:abstractNumId w:val="8"/>
  </w:num>
  <w:num w:numId="13" w16cid:durableId="1512449120">
    <w:abstractNumId w:val="6"/>
  </w:num>
  <w:num w:numId="14" w16cid:durableId="2126195091">
    <w:abstractNumId w:val="5"/>
  </w:num>
  <w:num w:numId="15" w16cid:durableId="60372793">
    <w:abstractNumId w:val="4"/>
  </w:num>
  <w:num w:numId="16" w16cid:durableId="786198719">
    <w:abstractNumId w:val="7"/>
  </w:num>
  <w:num w:numId="17" w16cid:durableId="645011968">
    <w:abstractNumId w:val="3"/>
  </w:num>
  <w:num w:numId="18" w16cid:durableId="442846507">
    <w:abstractNumId w:val="2"/>
  </w:num>
  <w:num w:numId="19" w16cid:durableId="702100407">
    <w:abstractNumId w:val="1"/>
  </w:num>
  <w:num w:numId="20" w16cid:durableId="1392461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96B8"/>
    <w:rsid w:val="00952DEA"/>
    <w:rsid w:val="00993794"/>
    <w:rsid w:val="00AA1D8D"/>
    <w:rsid w:val="00B47730"/>
    <w:rsid w:val="00BBB7BD"/>
    <w:rsid w:val="00C850F8"/>
    <w:rsid w:val="00CA1CB3"/>
    <w:rsid w:val="00CB0664"/>
    <w:rsid w:val="00E11380"/>
    <w:rsid w:val="00EB255A"/>
    <w:rsid w:val="00FC693F"/>
    <w:rsid w:val="019B3CA4"/>
    <w:rsid w:val="01D6ADDE"/>
    <w:rsid w:val="01F80653"/>
    <w:rsid w:val="0243ACA4"/>
    <w:rsid w:val="043A9CBE"/>
    <w:rsid w:val="04BC778D"/>
    <w:rsid w:val="058DC075"/>
    <w:rsid w:val="060BEBAB"/>
    <w:rsid w:val="0715FA3C"/>
    <w:rsid w:val="07238965"/>
    <w:rsid w:val="075266A0"/>
    <w:rsid w:val="076A81F6"/>
    <w:rsid w:val="09AE755A"/>
    <w:rsid w:val="0AF0ADCF"/>
    <w:rsid w:val="0B1350DF"/>
    <w:rsid w:val="0B3CA18E"/>
    <w:rsid w:val="0C5669B8"/>
    <w:rsid w:val="0CD8E5AA"/>
    <w:rsid w:val="0CFC4B9A"/>
    <w:rsid w:val="0D8B5929"/>
    <w:rsid w:val="0DC05A90"/>
    <w:rsid w:val="0EA093A4"/>
    <w:rsid w:val="0EE96F16"/>
    <w:rsid w:val="0FF7E462"/>
    <w:rsid w:val="112867FA"/>
    <w:rsid w:val="114826F7"/>
    <w:rsid w:val="11609A8E"/>
    <w:rsid w:val="118A9C24"/>
    <w:rsid w:val="12B9E8D7"/>
    <w:rsid w:val="134E8D10"/>
    <w:rsid w:val="135ED654"/>
    <w:rsid w:val="138E9A38"/>
    <w:rsid w:val="141AB46C"/>
    <w:rsid w:val="14514FDD"/>
    <w:rsid w:val="147FB34E"/>
    <w:rsid w:val="156711B4"/>
    <w:rsid w:val="15DDA040"/>
    <w:rsid w:val="16AA94AB"/>
    <w:rsid w:val="16D8A87A"/>
    <w:rsid w:val="176440A0"/>
    <w:rsid w:val="177F01E8"/>
    <w:rsid w:val="1853B2D1"/>
    <w:rsid w:val="18A64201"/>
    <w:rsid w:val="196FD91F"/>
    <w:rsid w:val="1A02B8B9"/>
    <w:rsid w:val="1A1A1716"/>
    <w:rsid w:val="1A1C948A"/>
    <w:rsid w:val="1A2DC624"/>
    <w:rsid w:val="1A79259E"/>
    <w:rsid w:val="1C5C185B"/>
    <w:rsid w:val="1CD5B52F"/>
    <w:rsid w:val="1CE869F3"/>
    <w:rsid w:val="1D76EA09"/>
    <w:rsid w:val="1D840E51"/>
    <w:rsid w:val="1DBBF1C6"/>
    <w:rsid w:val="1E6EF765"/>
    <w:rsid w:val="1E780CDE"/>
    <w:rsid w:val="1F3BA0DE"/>
    <w:rsid w:val="1F3F3F48"/>
    <w:rsid w:val="1FB62C0A"/>
    <w:rsid w:val="1FEDCEC7"/>
    <w:rsid w:val="200E3860"/>
    <w:rsid w:val="209892AE"/>
    <w:rsid w:val="21443A16"/>
    <w:rsid w:val="2210D369"/>
    <w:rsid w:val="2282B15A"/>
    <w:rsid w:val="233698A6"/>
    <w:rsid w:val="2348ED6B"/>
    <w:rsid w:val="244A4EFE"/>
    <w:rsid w:val="247B3505"/>
    <w:rsid w:val="24ACB0E4"/>
    <w:rsid w:val="2591202E"/>
    <w:rsid w:val="26CAAB45"/>
    <w:rsid w:val="2751BB69"/>
    <w:rsid w:val="28A603C5"/>
    <w:rsid w:val="28E12CA1"/>
    <w:rsid w:val="290AEE68"/>
    <w:rsid w:val="29BCF86A"/>
    <w:rsid w:val="2A2C8282"/>
    <w:rsid w:val="2AB8CFE2"/>
    <w:rsid w:val="2B190C68"/>
    <w:rsid w:val="2BCE7072"/>
    <w:rsid w:val="2BD00C74"/>
    <w:rsid w:val="2C42B57D"/>
    <w:rsid w:val="2CF852F1"/>
    <w:rsid w:val="2D13B3B9"/>
    <w:rsid w:val="2E10C12A"/>
    <w:rsid w:val="2E356244"/>
    <w:rsid w:val="2E634EBB"/>
    <w:rsid w:val="2E639285"/>
    <w:rsid w:val="303E9E8B"/>
    <w:rsid w:val="30602C2A"/>
    <w:rsid w:val="30805BDA"/>
    <w:rsid w:val="30F7B9E9"/>
    <w:rsid w:val="31508A0D"/>
    <w:rsid w:val="315DE813"/>
    <w:rsid w:val="31896688"/>
    <w:rsid w:val="31B5C8CC"/>
    <w:rsid w:val="31EA4C95"/>
    <w:rsid w:val="3248AF50"/>
    <w:rsid w:val="32566578"/>
    <w:rsid w:val="326A233F"/>
    <w:rsid w:val="33141FC6"/>
    <w:rsid w:val="33209FD7"/>
    <w:rsid w:val="3331E7F9"/>
    <w:rsid w:val="3353860D"/>
    <w:rsid w:val="337FB255"/>
    <w:rsid w:val="33CDD63E"/>
    <w:rsid w:val="33FC116E"/>
    <w:rsid w:val="340EDF43"/>
    <w:rsid w:val="35235997"/>
    <w:rsid w:val="356EBBAE"/>
    <w:rsid w:val="35E1FB73"/>
    <w:rsid w:val="35F92D99"/>
    <w:rsid w:val="369C004E"/>
    <w:rsid w:val="36B448D0"/>
    <w:rsid w:val="36C62E5E"/>
    <w:rsid w:val="36E9E49A"/>
    <w:rsid w:val="374B2EDB"/>
    <w:rsid w:val="37F4688B"/>
    <w:rsid w:val="3805CC05"/>
    <w:rsid w:val="3870580C"/>
    <w:rsid w:val="3892D353"/>
    <w:rsid w:val="38EE00EA"/>
    <w:rsid w:val="39DDC5CC"/>
    <w:rsid w:val="39DF5610"/>
    <w:rsid w:val="3BDAD976"/>
    <w:rsid w:val="3BE1BA99"/>
    <w:rsid w:val="3C1BB505"/>
    <w:rsid w:val="3C6CA0BD"/>
    <w:rsid w:val="3CC5404D"/>
    <w:rsid w:val="3D2F235B"/>
    <w:rsid w:val="3DFF10EB"/>
    <w:rsid w:val="3EB22556"/>
    <w:rsid w:val="3F777FFF"/>
    <w:rsid w:val="3F79E478"/>
    <w:rsid w:val="3F8D9585"/>
    <w:rsid w:val="403C56AD"/>
    <w:rsid w:val="4055AE75"/>
    <w:rsid w:val="416FD678"/>
    <w:rsid w:val="41928428"/>
    <w:rsid w:val="4197D2BA"/>
    <w:rsid w:val="41A60E6A"/>
    <w:rsid w:val="41D31B54"/>
    <w:rsid w:val="425C6E35"/>
    <w:rsid w:val="432AE0F0"/>
    <w:rsid w:val="44779318"/>
    <w:rsid w:val="459EEFAD"/>
    <w:rsid w:val="45CE2131"/>
    <w:rsid w:val="463F0C5F"/>
    <w:rsid w:val="471F875C"/>
    <w:rsid w:val="48003B29"/>
    <w:rsid w:val="484FC1EA"/>
    <w:rsid w:val="4AB2B27B"/>
    <w:rsid w:val="4B6F89CF"/>
    <w:rsid w:val="4B8667FF"/>
    <w:rsid w:val="4CB235E2"/>
    <w:rsid w:val="4CE487EB"/>
    <w:rsid w:val="4D27B60B"/>
    <w:rsid w:val="4EFA00AD"/>
    <w:rsid w:val="4F5D178F"/>
    <w:rsid w:val="4F65ACB6"/>
    <w:rsid w:val="4F84EB22"/>
    <w:rsid w:val="4F871BCC"/>
    <w:rsid w:val="4FCB3D5E"/>
    <w:rsid w:val="5008E5CF"/>
    <w:rsid w:val="507066EB"/>
    <w:rsid w:val="50C48301"/>
    <w:rsid w:val="511A41BB"/>
    <w:rsid w:val="513BFB24"/>
    <w:rsid w:val="515CEE1C"/>
    <w:rsid w:val="51FE8896"/>
    <w:rsid w:val="52678DF0"/>
    <w:rsid w:val="52CD1E4A"/>
    <w:rsid w:val="54606ACE"/>
    <w:rsid w:val="5481F011"/>
    <w:rsid w:val="5494F81E"/>
    <w:rsid w:val="54B1B7AE"/>
    <w:rsid w:val="5552F7CF"/>
    <w:rsid w:val="555DBB40"/>
    <w:rsid w:val="56BF7D49"/>
    <w:rsid w:val="57CCEE75"/>
    <w:rsid w:val="5834B687"/>
    <w:rsid w:val="58E67ED0"/>
    <w:rsid w:val="592A2BF7"/>
    <w:rsid w:val="5949A2BD"/>
    <w:rsid w:val="59620301"/>
    <w:rsid w:val="5A67F86B"/>
    <w:rsid w:val="5B02AE09"/>
    <w:rsid w:val="5BD507BD"/>
    <w:rsid w:val="5C0D7FDC"/>
    <w:rsid w:val="5C12BDBA"/>
    <w:rsid w:val="5C3AC3BF"/>
    <w:rsid w:val="5C3F25F3"/>
    <w:rsid w:val="5C5A551C"/>
    <w:rsid w:val="5C892F14"/>
    <w:rsid w:val="5CA6809F"/>
    <w:rsid w:val="5D062E7C"/>
    <w:rsid w:val="5D3FE480"/>
    <w:rsid w:val="5F2E3428"/>
    <w:rsid w:val="604ED2DF"/>
    <w:rsid w:val="60BDF983"/>
    <w:rsid w:val="62142571"/>
    <w:rsid w:val="6252DBC7"/>
    <w:rsid w:val="62E5D067"/>
    <w:rsid w:val="63481C7C"/>
    <w:rsid w:val="634AE9C6"/>
    <w:rsid w:val="636507E6"/>
    <w:rsid w:val="636DDF75"/>
    <w:rsid w:val="6384D1D3"/>
    <w:rsid w:val="64C48B7C"/>
    <w:rsid w:val="650CF127"/>
    <w:rsid w:val="652A502C"/>
    <w:rsid w:val="6575AFBD"/>
    <w:rsid w:val="65911E5F"/>
    <w:rsid w:val="65D91EE3"/>
    <w:rsid w:val="66068AE4"/>
    <w:rsid w:val="66D8B401"/>
    <w:rsid w:val="67095F8F"/>
    <w:rsid w:val="67173885"/>
    <w:rsid w:val="671A242D"/>
    <w:rsid w:val="674280F4"/>
    <w:rsid w:val="67C1FE0C"/>
    <w:rsid w:val="68141D6A"/>
    <w:rsid w:val="682041F6"/>
    <w:rsid w:val="683CFE58"/>
    <w:rsid w:val="69F019A6"/>
    <w:rsid w:val="69F70CAB"/>
    <w:rsid w:val="6A61201E"/>
    <w:rsid w:val="6A6A621B"/>
    <w:rsid w:val="6AF0CEE6"/>
    <w:rsid w:val="6AF9E0FE"/>
    <w:rsid w:val="6B18BBB2"/>
    <w:rsid w:val="6B5F974C"/>
    <w:rsid w:val="6B9349D8"/>
    <w:rsid w:val="6BAF452F"/>
    <w:rsid w:val="6BCB8836"/>
    <w:rsid w:val="6BFB3E94"/>
    <w:rsid w:val="6C1331B9"/>
    <w:rsid w:val="6C7F2C7A"/>
    <w:rsid w:val="6C9B7B08"/>
    <w:rsid w:val="6CF9E6B2"/>
    <w:rsid w:val="6D1F106A"/>
    <w:rsid w:val="6D606F86"/>
    <w:rsid w:val="6D6AD576"/>
    <w:rsid w:val="6D848040"/>
    <w:rsid w:val="6D879B35"/>
    <w:rsid w:val="6DB4C997"/>
    <w:rsid w:val="6E28EFCD"/>
    <w:rsid w:val="6EFCE078"/>
    <w:rsid w:val="6F93FB27"/>
    <w:rsid w:val="6F9BDE75"/>
    <w:rsid w:val="6FE35459"/>
    <w:rsid w:val="70434020"/>
    <w:rsid w:val="704B1465"/>
    <w:rsid w:val="70630CAB"/>
    <w:rsid w:val="7107891D"/>
    <w:rsid w:val="7119EACB"/>
    <w:rsid w:val="718CE553"/>
    <w:rsid w:val="719E7C00"/>
    <w:rsid w:val="71E2C120"/>
    <w:rsid w:val="71EC60A3"/>
    <w:rsid w:val="7269D15C"/>
    <w:rsid w:val="72A491F9"/>
    <w:rsid w:val="734649D2"/>
    <w:rsid w:val="737147E4"/>
    <w:rsid w:val="745B782A"/>
    <w:rsid w:val="745CA9F2"/>
    <w:rsid w:val="746C3736"/>
    <w:rsid w:val="74C54CCF"/>
    <w:rsid w:val="74E90A3F"/>
    <w:rsid w:val="74F84584"/>
    <w:rsid w:val="74FA0783"/>
    <w:rsid w:val="7576C9CC"/>
    <w:rsid w:val="7579883E"/>
    <w:rsid w:val="757D91ED"/>
    <w:rsid w:val="75D67611"/>
    <w:rsid w:val="76200CE0"/>
    <w:rsid w:val="7776857C"/>
    <w:rsid w:val="78464F64"/>
    <w:rsid w:val="787416CD"/>
    <w:rsid w:val="796A0518"/>
    <w:rsid w:val="79F22940"/>
    <w:rsid w:val="7A0EB92D"/>
    <w:rsid w:val="7A83C8B6"/>
    <w:rsid w:val="7B306770"/>
    <w:rsid w:val="7C2CAD54"/>
    <w:rsid w:val="7C4E3DD4"/>
    <w:rsid w:val="7C607ED5"/>
    <w:rsid w:val="7C6C7D41"/>
    <w:rsid w:val="7C96F4DE"/>
    <w:rsid w:val="7CAD4051"/>
    <w:rsid w:val="7CC4D3CC"/>
    <w:rsid w:val="7D97F724"/>
    <w:rsid w:val="7E0235E7"/>
    <w:rsid w:val="7E7AA1D8"/>
    <w:rsid w:val="7EFD0DEC"/>
    <w:rsid w:val="7F20C54D"/>
    <w:rsid w:val="7F572A30"/>
    <w:rsid w:val="7FBE7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E2FCB15-D9CA-4BFF-AAD8-FB507B4E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2E5D067"/>
    <w:rPr>
      <w:rFonts w:ascii="Arial" w:eastAsia="Arial" w:hAnsi="Arial" w:cs="Arial"/>
      <w:sz w:val="24"/>
      <w:szCs w:val="24"/>
    </w:rPr>
  </w:style>
  <w:style w:type="paragraph" w:styleId="Heading1">
    <w:name w:val="heading 1"/>
    <w:basedOn w:val="Normal"/>
    <w:next w:val="Normal"/>
    <w:link w:val="Heading1Char"/>
    <w:uiPriority w:val="9"/>
    <w:qFormat/>
    <w:rsid w:val="62E5D067"/>
    <w:pPr>
      <w:keepNext/>
      <w:keepLines/>
      <w:spacing w:before="480" w:after="0"/>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62E5D067"/>
    <w:pPr>
      <w:keepNext/>
      <w:keepLines/>
      <w:spacing w:before="200" w:after="0"/>
      <w:outlineLvl w:val="1"/>
    </w:pPr>
    <w:rPr>
      <w:b/>
      <w:bCs/>
    </w:rPr>
  </w:style>
  <w:style w:type="paragraph" w:styleId="Heading3">
    <w:name w:val="heading 3"/>
    <w:basedOn w:val="Normal"/>
    <w:next w:val="Normal"/>
    <w:link w:val="Heading3Char"/>
    <w:uiPriority w:val="9"/>
    <w:unhideWhenUsed/>
    <w:qFormat/>
    <w:rsid w:val="62E5D06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62E5D06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62E5D067"/>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62E5D067"/>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62E5D06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62E5D06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62E5D06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62E5D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62E5D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62E5D067"/>
    <w:rPr>
      <w:rFonts w:ascii="Times New Roman" w:eastAsia="Times New Roman" w:hAnsi="Times New Roman" w:cs="Times New Roman"/>
      <w:b/>
      <w:bCs/>
      <w:noProof w:val="0"/>
      <w:color w:val="auto"/>
      <w:sz w:val="28"/>
      <w:szCs w:val="28"/>
      <w:lang w:val="en-US"/>
    </w:rPr>
  </w:style>
  <w:style w:type="character" w:customStyle="1" w:styleId="Heading2Char">
    <w:name w:val="Heading 2 Char"/>
    <w:basedOn w:val="DefaultParagraphFont"/>
    <w:link w:val="Heading2"/>
    <w:uiPriority w:val="9"/>
    <w:rsid w:val="62E5D067"/>
    <w:rPr>
      <w:rFonts w:ascii="Arial" w:eastAsia="Arial" w:hAnsi="Arial" w:cs="Arial"/>
      <w:b/>
      <w:bCs/>
      <w:noProof w:val="0"/>
      <w:color w:val="auto"/>
      <w:sz w:val="24"/>
      <w:szCs w:val="24"/>
      <w:lang w:val="en-US"/>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62E5D067"/>
    <w:pPr>
      <w:pBdr>
        <w:bottom w:val="single" w:sz="8" w:space="4" w:color="4F81BD" w:themeColor="accent1"/>
      </w:pBdr>
      <w:spacing w:after="300" w:line="240" w:lineRule="auto"/>
      <w:contextualSpacing/>
    </w:pPr>
    <w:rPr>
      <w:rFonts w:ascii="Times New Roman" w:eastAsia="Times New Roman" w:hAnsi="Times New Roman" w:cs="Times New Roman"/>
      <w:sz w:val="52"/>
      <w:szCs w:val="52"/>
    </w:rPr>
  </w:style>
  <w:style w:type="character" w:customStyle="1" w:styleId="TitleChar">
    <w:name w:val="Title Char"/>
    <w:basedOn w:val="DefaultParagraphFont"/>
    <w:link w:val="Title"/>
    <w:uiPriority w:val="10"/>
    <w:rsid w:val="62E5D067"/>
    <w:rPr>
      <w:rFonts w:ascii="Times New Roman" w:eastAsia="Times New Roman" w:hAnsi="Times New Roman" w:cs="Times New Roman"/>
      <w:color w:val="auto"/>
      <w:sz w:val="52"/>
      <w:szCs w:val="52"/>
    </w:rPr>
  </w:style>
  <w:style w:type="paragraph" w:styleId="Subtitle">
    <w:name w:val="Subtitle"/>
    <w:basedOn w:val="Normal"/>
    <w:next w:val="Normal"/>
    <w:link w:val="SubtitleChar"/>
    <w:uiPriority w:val="11"/>
    <w:qFormat/>
    <w:rsid w:val="62E5D067"/>
  </w:style>
  <w:style w:type="character" w:customStyle="1" w:styleId="SubtitleChar">
    <w:name w:val="Subtitle Char"/>
    <w:basedOn w:val="DefaultParagraphFont"/>
    <w:link w:val="Subtitle"/>
    <w:uiPriority w:val="11"/>
    <w:rsid w:val="62E5D067"/>
    <w:rPr>
      <w:rFonts w:ascii="Arial" w:eastAsia="Arial" w:hAnsi="Arial" w:cs="Arial"/>
      <w:i w:val="0"/>
      <w:iCs w:val="0"/>
      <w:color w:val="auto"/>
      <w:sz w:val="24"/>
      <w:szCs w:val="24"/>
    </w:rPr>
  </w:style>
  <w:style w:type="paragraph" w:styleId="ListParagraph">
    <w:name w:val="List Paragraph"/>
    <w:basedOn w:val="Normal"/>
    <w:uiPriority w:val="34"/>
    <w:qFormat/>
    <w:rsid w:val="62E5D067"/>
    <w:pPr>
      <w:ind w:left="720"/>
      <w:contextualSpacing/>
    </w:pPr>
  </w:style>
  <w:style w:type="paragraph" w:styleId="BodyText">
    <w:name w:val="Body Text"/>
    <w:basedOn w:val="Normal"/>
    <w:link w:val="BodyTextChar"/>
    <w:uiPriority w:val="99"/>
    <w:unhideWhenUsed/>
    <w:rsid w:val="62E5D067"/>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62E5D067"/>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62E5D067"/>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62E5D067"/>
    <w:pPr>
      <w:ind w:left="360" w:hanging="360"/>
      <w:contextualSpacing/>
    </w:pPr>
  </w:style>
  <w:style w:type="paragraph" w:styleId="List2">
    <w:name w:val="List 2"/>
    <w:basedOn w:val="Normal"/>
    <w:uiPriority w:val="99"/>
    <w:unhideWhenUsed/>
    <w:rsid w:val="62E5D067"/>
    <w:pPr>
      <w:ind w:left="720" w:hanging="360"/>
      <w:contextualSpacing/>
    </w:pPr>
  </w:style>
  <w:style w:type="paragraph" w:styleId="List3">
    <w:name w:val="List 3"/>
    <w:basedOn w:val="Normal"/>
    <w:uiPriority w:val="99"/>
    <w:unhideWhenUsed/>
    <w:rsid w:val="62E5D067"/>
    <w:pPr>
      <w:ind w:left="1080" w:hanging="360"/>
      <w:contextualSpacing/>
    </w:pPr>
  </w:style>
  <w:style w:type="paragraph" w:styleId="ListBullet">
    <w:name w:val="List Bullet"/>
    <w:basedOn w:val="Normal"/>
    <w:uiPriority w:val="99"/>
    <w:unhideWhenUsed/>
    <w:rsid w:val="62E5D067"/>
    <w:pPr>
      <w:numPr>
        <w:numId w:val="12"/>
      </w:numPr>
      <w:contextualSpacing/>
    </w:pPr>
  </w:style>
  <w:style w:type="paragraph" w:styleId="ListBullet2">
    <w:name w:val="List Bullet 2"/>
    <w:basedOn w:val="Normal"/>
    <w:uiPriority w:val="99"/>
    <w:unhideWhenUsed/>
    <w:rsid w:val="62E5D067"/>
    <w:pPr>
      <w:numPr>
        <w:numId w:val="13"/>
      </w:numPr>
      <w:contextualSpacing/>
    </w:pPr>
  </w:style>
  <w:style w:type="paragraph" w:styleId="ListBullet3">
    <w:name w:val="List Bullet 3"/>
    <w:basedOn w:val="Normal"/>
    <w:uiPriority w:val="99"/>
    <w:unhideWhenUsed/>
    <w:rsid w:val="62E5D067"/>
    <w:pPr>
      <w:numPr>
        <w:numId w:val="14"/>
      </w:numPr>
      <w:contextualSpacing/>
    </w:pPr>
  </w:style>
  <w:style w:type="paragraph" w:styleId="ListNumber">
    <w:name w:val="List Number"/>
    <w:basedOn w:val="Normal"/>
    <w:uiPriority w:val="99"/>
    <w:unhideWhenUsed/>
    <w:rsid w:val="62E5D067"/>
    <w:pPr>
      <w:numPr>
        <w:numId w:val="16"/>
      </w:numPr>
      <w:contextualSpacing/>
    </w:pPr>
  </w:style>
  <w:style w:type="paragraph" w:styleId="ListNumber2">
    <w:name w:val="List Number 2"/>
    <w:basedOn w:val="Normal"/>
    <w:uiPriority w:val="99"/>
    <w:unhideWhenUsed/>
    <w:rsid w:val="62E5D067"/>
    <w:pPr>
      <w:numPr>
        <w:numId w:val="17"/>
      </w:numPr>
      <w:contextualSpacing/>
    </w:pPr>
  </w:style>
  <w:style w:type="paragraph" w:styleId="ListNumber3">
    <w:name w:val="List Number 3"/>
    <w:basedOn w:val="Normal"/>
    <w:uiPriority w:val="99"/>
    <w:unhideWhenUsed/>
    <w:rsid w:val="62E5D067"/>
    <w:pPr>
      <w:numPr>
        <w:numId w:val="18"/>
      </w:numPr>
      <w:contextualSpacing/>
    </w:pPr>
  </w:style>
  <w:style w:type="paragraph" w:styleId="ListContinue">
    <w:name w:val="List Continue"/>
    <w:basedOn w:val="Normal"/>
    <w:uiPriority w:val="99"/>
    <w:unhideWhenUsed/>
    <w:rsid w:val="62E5D067"/>
    <w:pPr>
      <w:spacing w:after="120"/>
      <w:ind w:left="360"/>
      <w:contextualSpacing/>
    </w:pPr>
  </w:style>
  <w:style w:type="paragraph" w:styleId="ListContinue2">
    <w:name w:val="List Continue 2"/>
    <w:basedOn w:val="Normal"/>
    <w:uiPriority w:val="99"/>
    <w:unhideWhenUsed/>
    <w:rsid w:val="62E5D067"/>
    <w:pPr>
      <w:spacing w:after="120"/>
      <w:ind w:left="720"/>
      <w:contextualSpacing/>
    </w:pPr>
  </w:style>
  <w:style w:type="paragraph" w:styleId="ListContinue3">
    <w:name w:val="List Continue 3"/>
    <w:basedOn w:val="Normal"/>
    <w:uiPriority w:val="99"/>
    <w:unhideWhenUsed/>
    <w:rsid w:val="62E5D067"/>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62E5D067"/>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62E5D067"/>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62E5D06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62E5D067"/>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62E5D067"/>
    <w:rPr>
      <w:color w:val="0000FF"/>
      <w:u w:val="single"/>
    </w:rPr>
  </w:style>
  <w:style w:type="paragraph" w:styleId="TOC1">
    <w:name w:val="toc 1"/>
    <w:basedOn w:val="Normal"/>
    <w:next w:val="Normal"/>
    <w:uiPriority w:val="39"/>
    <w:unhideWhenUsed/>
    <w:rsid w:val="62E5D067"/>
    <w:pPr>
      <w:spacing w:after="100"/>
    </w:pPr>
  </w:style>
  <w:style w:type="paragraph" w:styleId="TOC2">
    <w:name w:val="toc 2"/>
    <w:basedOn w:val="Normal"/>
    <w:next w:val="Normal"/>
    <w:uiPriority w:val="39"/>
    <w:unhideWhenUsed/>
    <w:rsid w:val="62E5D067"/>
    <w:pPr>
      <w:spacing w:after="100"/>
      <w:ind w:left="220"/>
    </w:pPr>
  </w:style>
  <w:style w:type="character" w:styleId="FollowedHyperlink">
    <w:name w:val="FollowedHyperlink"/>
    <w:basedOn w:val="DefaultParagraphFont"/>
    <w:uiPriority w:val="99"/>
    <w:semiHidden/>
    <w:unhideWhenUsed/>
    <w:rsid w:val="00E11380"/>
    <w:rPr>
      <w:color w:val="800080" w:themeColor="followedHyperlink"/>
      <w:u w:val="single"/>
    </w:rPr>
  </w:style>
  <w:style w:type="character" w:styleId="UnresolvedMention">
    <w:name w:val="Unresolved Mention"/>
    <w:basedOn w:val="DefaultParagraphFont"/>
    <w:uiPriority w:val="99"/>
    <w:semiHidden/>
    <w:unhideWhenUsed/>
    <w:rsid w:val="00E11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ommunitysafetyteam@contacts.bham.ac.uk" TargetMode="External"/><Relationship Id="rId21" Type="http://schemas.openxmlformats.org/officeDocument/2006/relationships/hyperlink" Target="Tel:116123" TargetMode="External"/><Relationship Id="rId34" Type="http://schemas.openxmlformats.org/officeDocument/2006/relationships/hyperlink" Target="https://sportandfitness.bham.ac.uk" TargetMode="External"/><Relationship Id="rId42" Type="http://schemas.openxmlformats.org/officeDocument/2006/relationships/hyperlink" Target="https://www.instagram.com/UoBStudentEDI/" TargetMode="External"/><Relationship Id="rId47" Type="http://schemas.openxmlformats.org/officeDocument/2006/relationships/hyperlink" Target="https://intranet.birmingham.ac.uk/student/international" TargetMode="External"/><Relationship Id="rId50" Type="http://schemas.openxmlformats.org/officeDocument/2006/relationships/hyperlink" Target="https://intranet.birmingham.ac.uk/costofliving" TargetMode="External"/><Relationship Id="rId55" Type="http://schemas.openxmlformats.org/officeDocument/2006/relationships/hyperlink" Target="https://intranet.birmingham.ac.uk/careers"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ranet.birmingham.ac.uk/takingspace" TargetMode="External"/><Relationship Id="rId29" Type="http://schemas.openxmlformats.org/officeDocument/2006/relationships/hyperlink" Target="https://guildofstudents.com/guildadvice" TargetMode="External"/><Relationship Id="rId11" Type="http://schemas.openxmlformats.org/officeDocument/2006/relationships/hyperlink" Target="https://intranet.birmingham.ac.uk/pgrgrouponlinecoaching" TargetMode="External"/><Relationship Id="rId24" Type="http://schemas.openxmlformats.org/officeDocument/2006/relationships/hyperlink" Target="https://reportandsupport.birmingham.ac.uk" TargetMode="External"/><Relationship Id="rId32" Type="http://schemas.openxmlformats.org/officeDocument/2006/relationships/hyperlink" Target="mailto:residencelife@guild.bham.ac.uk" TargetMode="External"/><Relationship Id="rId37" Type="http://schemas.openxmlformats.org/officeDocument/2006/relationships/hyperlink" Target="https://intranet.birmingham.ac.uk/disability" TargetMode="External"/><Relationship Id="rId40" Type="http://schemas.openxmlformats.org/officeDocument/2006/relationships/hyperlink" Target="https://guildofstudents.com/studentgroup" TargetMode="External"/><Relationship Id="rId45" Type="http://schemas.openxmlformats.org/officeDocument/2006/relationships/hyperlink" Target="https://intranet.birmingham.ac.uk/chaplaincy" TargetMode="External"/><Relationship Id="rId53" Type="http://schemas.openxmlformats.org/officeDocument/2006/relationships/hyperlink" Target="https://intranet.birmingham.ac.uk/student/worklink/index.aspx" TargetMode="External"/><Relationship Id="rId58" Type="http://schemas.openxmlformats.org/officeDocument/2006/relationships/hyperlink" Target="https://www.tiktok.com/@unibirmingham"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tel:111" TargetMode="External"/><Relationship Id="rId14" Type="http://schemas.openxmlformats.org/officeDocument/2006/relationships/hyperlink" Target="tel:08009179379" TargetMode="External"/><Relationship Id="rId22" Type="http://schemas.openxmlformats.org/officeDocument/2006/relationships/hyperlink" Target="tel:08000684141" TargetMode="External"/><Relationship Id="rId27" Type="http://schemas.openxmlformats.org/officeDocument/2006/relationships/hyperlink" Target="https://birmingham.ac.uk/better-than-well" TargetMode="External"/><Relationship Id="rId30" Type="http://schemas.openxmlformats.org/officeDocument/2006/relationships/hyperlink" Target="https://guildofstudents.com/accommodation" TargetMode="External"/><Relationship Id="rId35" Type="http://schemas.openxmlformats.org/officeDocument/2006/relationships/hyperlink" Target="https://sportandfitness.bham.ac.uk/facilities/wellness-service" TargetMode="External"/><Relationship Id="rId43" Type="http://schemas.openxmlformats.org/officeDocument/2006/relationships/hyperlink" Target="https://intranet.birmingham.ac.uk/studentequality" TargetMode="External"/><Relationship Id="rId48" Type="http://schemas.openxmlformats.org/officeDocument/2006/relationships/hyperlink" Target="mailto:email%20bia@contacts.bham.ac.uk" TargetMode="External"/><Relationship Id="rId56" Type="http://schemas.openxmlformats.org/officeDocument/2006/relationships/hyperlink" Target="https://www.instagram.com/careersbham/" TargetMode="External"/><Relationship Id="rId64" Type="http://schemas.openxmlformats.org/officeDocument/2006/relationships/fontTable" Target="fontTable.xml"/><Relationship Id="rId8" Type="http://schemas.openxmlformats.org/officeDocument/2006/relationships/hyperlink" Target="https://studenthelp.bham.ac.uk" TargetMode="External"/><Relationship Id="rId51" Type="http://schemas.openxmlformats.org/officeDocument/2006/relationships/hyperlink" Target="tel:01214145000" TargetMode="External"/><Relationship Id="rId3" Type="http://schemas.openxmlformats.org/officeDocument/2006/relationships/styles" Target="styles.xml"/><Relationship Id="rId12" Type="http://schemas.openxmlformats.org/officeDocument/2006/relationships/hyperlink" Target="https://intranet.birmingham.ac.uk/uds" TargetMode="External"/><Relationship Id="rId17" Type="http://schemas.openxmlformats.org/officeDocument/2006/relationships/hyperlink" Target="https://visit:%20intranet.birmingham.ac.uk/wellbeing" TargetMode="External"/><Relationship Id="rId25" Type="http://schemas.openxmlformats.org/officeDocument/2006/relationships/hyperlink" Target="tel:01214142613" TargetMode="External"/><Relationship Id="rId33" Type="http://schemas.openxmlformats.org/officeDocument/2006/relationships/hyperlink" Target="https://www.instagram.com/uobguildhallslife/" TargetMode="External"/><Relationship Id="rId38" Type="http://schemas.openxmlformats.org/officeDocument/2006/relationships/hyperlink" Target="https://guildofstudents.com" TargetMode="External"/><Relationship Id="rId46" Type="http://schemas.openxmlformats.org/officeDocument/2006/relationships/hyperlink" Target="https://intranet.birmingham.ac.uk/birminghamscholar" TargetMode="External"/><Relationship Id="rId59" Type="http://schemas.openxmlformats.org/officeDocument/2006/relationships/hyperlink" Target="https://www.youtube.com/@UoBStudentServices" TargetMode="External"/><Relationship Id="rId20" Type="http://schemas.openxmlformats.org/officeDocument/2006/relationships/hyperlink" Target="tel:999" TargetMode="External"/><Relationship Id="rId41" Type="http://schemas.openxmlformats.org/officeDocument/2006/relationships/hyperlink" Target="https://universityofbirmingham.service-now.com/living" TargetMode="External"/><Relationship Id="rId54" Type="http://schemas.openxmlformats.org/officeDocument/2006/relationships/hyperlink" Target="https://guildofstudents.com/vacancie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isdom.healthassured.org/login" TargetMode="External"/><Relationship Id="rId23" Type="http://schemas.openxmlformats.org/officeDocument/2006/relationships/hyperlink" Target="tel:01214144444" TargetMode="External"/><Relationship Id="rId28" Type="http://schemas.openxmlformats.org/officeDocument/2006/relationships/hyperlink" Target="https://birmingham.ac.uk/harassment-and-sexual-misconduct" TargetMode="External"/><Relationship Id="rId36" Type="http://schemas.openxmlformats.org/officeDocument/2006/relationships/hyperlink" Target="mailto:wellness@sportandfitness.bham.ac.uk" TargetMode="External"/><Relationship Id="rId49" Type="http://schemas.openxmlformats.org/officeDocument/2006/relationships/hyperlink" Target="https://intranet.birmingham.ac.uk/academic-english" TargetMode="External"/><Relationship Id="rId57" Type="http://schemas.openxmlformats.org/officeDocument/2006/relationships/hyperlink" Target="https://www.instagram.com/unibirmingham/" TargetMode="External"/><Relationship Id="rId10" Type="http://schemas.openxmlformats.org/officeDocument/2006/relationships/hyperlink" Target="https://intranet.birmingham.ac.uk/postgraduatecoaching" TargetMode="External"/><Relationship Id="rId31" Type="http://schemas.openxmlformats.org/officeDocument/2006/relationships/hyperlink" Target="tel:01214158568" TargetMode="External"/><Relationship Id="rId44" Type="http://schemas.openxmlformats.org/officeDocument/2006/relationships/hyperlink" Target="https://intranet.birmingham.ac.uk/chaplaincy" TargetMode="External"/><Relationship Id="rId52" Type="http://schemas.openxmlformats.org/officeDocument/2006/relationships/hyperlink" Target="https://www.instagram.com/worklinkuob" TargetMode="External"/><Relationship Id="rId60" Type="http://schemas.openxmlformats.org/officeDocument/2006/relationships/hyperlink" Target="https://intranet.birmingham.ac.uk/student"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uildofstudents.com/studentreps" TargetMode="External"/><Relationship Id="rId13" Type="http://schemas.openxmlformats.org/officeDocument/2006/relationships/hyperlink" Target="https://intranet.birmingham.ac.uk/wellbeingofficers" TargetMode="External"/><Relationship Id="rId18" Type="http://schemas.openxmlformats.org/officeDocument/2006/relationships/hyperlink" Target="https://nhs.uk/service-search/find-a-gp" TargetMode="External"/><Relationship Id="rId39" Type="http://schemas.openxmlformats.org/officeDocument/2006/relationships/hyperlink" Target="https://guildofstudents.com/officer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4571</Words>
  <Characters>26056</Characters>
  <Application>Microsoft Office Word</Application>
  <DocSecurity>0</DocSecurity>
  <Lines>217</Lines>
  <Paragraphs>61</Paragraphs>
  <ScaleCrop>false</ScaleCrop>
  <Manager/>
  <Company/>
  <LinksUpToDate>false</LinksUpToDate>
  <CharactersWithSpaces>30566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Fryer (Student Services)</dc:creator>
  <cp:keywords/>
  <dc:description>generated by python-docx</dc:description>
  <cp:lastModifiedBy>Laura Fryer (Student Services)</cp:lastModifiedBy>
  <cp:revision>3</cp:revision>
  <dcterms:created xsi:type="dcterms:W3CDTF">2026-08-03T12:14:00Z</dcterms:created>
  <dcterms:modified xsi:type="dcterms:W3CDTF">2026-08-04T11:34:00Z</dcterms:modified>
  <cp:category/>
</cp:coreProperties>
</file>